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A4B59" w14:textId="77777777" w:rsidR="00FF3B20" w:rsidRDefault="00642BD7" w:rsidP="002D7E40">
      <w:pPr>
        <w:spacing w:before="360" w:after="80"/>
        <w:jc w:val="center"/>
      </w:pPr>
      <w:r>
        <w:rPr>
          <w:b/>
          <w:color w:val="0B2545"/>
          <w:sz w:val="50"/>
        </w:rPr>
        <w:t>TEKNİK ŞARTNAME</w:t>
      </w:r>
    </w:p>
    <w:p w14:paraId="7A0B3089" w14:textId="1B8D56FE" w:rsidR="00FF3B20" w:rsidRDefault="00642BD7" w:rsidP="00B030BF">
      <w:pPr>
        <w:pStyle w:val="Balk1"/>
        <w:numPr>
          <w:ilvl w:val="0"/>
          <w:numId w:val="31"/>
        </w:numPr>
      </w:pPr>
      <w:r>
        <w:t>Amaç ve Kapsam</w:t>
      </w:r>
    </w:p>
    <w:p w14:paraId="1A51F1FB" w14:textId="6657F8A6" w:rsidR="00FF3B20" w:rsidRDefault="00642BD7">
      <w:r>
        <w:t>Bu şartname; uçak mekanik, aviyonik ve yapısal bakım faaliyetlerind</w:t>
      </w:r>
      <w:r w:rsidR="00D55A48">
        <w:t>e kullanılacak</w:t>
      </w:r>
      <w:r>
        <w:t xml:space="preserve">, takım seti, </w:t>
      </w:r>
      <w:r w:rsidR="00EB5FB4">
        <w:t xml:space="preserve">ölçüm aleti </w:t>
      </w:r>
      <w:r>
        <w:t>asgari teknik, belgelendirme, teslimat ve kabul gereklerini belirler.</w:t>
      </w:r>
    </w:p>
    <w:p w14:paraId="54BCE78D" w14:textId="0BB226F6" w:rsidR="00FF3B20" w:rsidRDefault="00642BD7" w:rsidP="00B030BF">
      <w:pPr>
        <w:pStyle w:val="Balk1"/>
        <w:numPr>
          <w:ilvl w:val="0"/>
          <w:numId w:val="31"/>
        </w:numPr>
      </w:pPr>
      <w:r>
        <w:t>Genel Hükümler</w:t>
      </w:r>
    </w:p>
    <w:p w14:paraId="6E0BDCFE" w14:textId="77777777" w:rsidR="00FF3B20" w:rsidRDefault="00642BD7">
      <w:pPr>
        <w:pStyle w:val="ListeMaddemi"/>
      </w:pPr>
      <w:r>
        <w:t>Ürünlerin tamamı yeni, kullanılmamış, hasarsız, güncel üretim ve orijinal üretici ambalajında olacaktır.</w:t>
      </w:r>
    </w:p>
    <w:p w14:paraId="5829F522" w14:textId="77777777" w:rsidR="00FF3B20" w:rsidRDefault="00642BD7">
      <w:pPr>
        <w:pStyle w:val="ListeMaddemi"/>
      </w:pPr>
      <w:r>
        <w:t>Teklif edilen ürünler, ilgili kalemde yazılı teknik özelliklerin tamamını karşılayacaktır. Herhangi bir teknik sapma teklif aşamasında açıkça belirtilecek; belirtilmeyen sapmalar kabul edilmeyecektir.</w:t>
      </w:r>
    </w:p>
    <w:p w14:paraId="5CADF2BD" w14:textId="77777777" w:rsidR="00FF3B20" w:rsidRDefault="00642BD7">
      <w:pPr>
        <w:pStyle w:val="ListeMaddemi"/>
      </w:pPr>
      <w:r>
        <w:t>Teklifte her kalem için üretici, marka, teklif edilen model, menşe ülke, garanti süresi ve üretici katalog/teknik veri sayfası sunulacaktır. Sadece satıcı beyanı teknik doğrulama için yeterli kabul edilmeyecektir.</w:t>
      </w:r>
    </w:p>
    <w:p w14:paraId="18463140" w14:textId="77777777" w:rsidR="00FF3B20" w:rsidRPr="007E12AD" w:rsidRDefault="00642BD7">
      <w:pPr>
        <w:pStyle w:val="ListeMaddemi"/>
        <w:rPr>
          <w:lang w:val="da-DK"/>
        </w:rPr>
      </w:pPr>
      <w:r w:rsidRPr="007E12AD">
        <w:rPr>
          <w:lang w:val="da-DK"/>
        </w:rPr>
        <w:t>Ölçüm ve tork aletleri seri numaralı olacaktır. Tork anahtarları teslim tarihinde kalibrasyon geçerliliğinin en az %80’i kalmış, ISO/IEC 17025 izlenebilirliğine sahip kalibrasyon sertifikasıyla teslim edilecektir.</w:t>
      </w:r>
    </w:p>
    <w:p w14:paraId="57DC3000" w14:textId="77777777" w:rsidR="00FF3B20" w:rsidRPr="007E12AD" w:rsidRDefault="00642BD7">
      <w:pPr>
        <w:pStyle w:val="ListeMaddemi"/>
        <w:rPr>
          <w:lang w:val="da-DK"/>
        </w:rPr>
      </w:pPr>
      <w:r w:rsidRPr="007E12AD">
        <w:rPr>
          <w:lang w:val="da-DK"/>
        </w:rPr>
        <w:t>Aletlerde çatlak, çapak, keskin kenar, korozyon, kaplama kusuru, çalışma boşluğu veya fonksiyon kaybı bulunmayacaktır.</w:t>
      </w:r>
    </w:p>
    <w:p w14:paraId="352A6257" w14:textId="77777777" w:rsidR="00FF3B20" w:rsidRDefault="00642BD7">
      <w:pPr>
        <w:pStyle w:val="ListeMaddemi"/>
      </w:pPr>
      <w:r w:rsidRPr="007E12AD">
        <w:rPr>
          <w:lang w:val="da-DK"/>
        </w:rPr>
        <w:t xml:space="preserve">Takım setlerinde içerik listesi ile fiziksel içerik birebir uyuşacaktır. </w:t>
      </w:r>
      <w:r>
        <w:t>Her eksik veya farklı parça uygunsuzluk sayılacaktır.</w:t>
      </w:r>
    </w:p>
    <w:p w14:paraId="360B847D" w14:textId="77777777" w:rsidR="00FF3B20" w:rsidRDefault="00642BD7">
      <w:pPr>
        <w:pStyle w:val="ListeMaddemi"/>
      </w:pPr>
      <w:r>
        <w:t>Garanti süresi, sarf malzemeleri hariç, kesin kabul tarihinden itibaren en az 24 ay olacaktır. Üreticinin daha uzun standart garantisi varsa bu süre geçerli olacaktır.</w:t>
      </w:r>
    </w:p>
    <w:p w14:paraId="72E683ED" w14:textId="77777777" w:rsidR="00FF3B20" w:rsidRDefault="00642BD7">
      <w:pPr>
        <w:pStyle w:val="ListeMaddemi"/>
      </w:pPr>
      <w:r>
        <w:t>Teslimatta Türkçe veya İngilizce kullanım/bakım talimatı, üretici uygunluk belgesi (CoC) ve şartnamede istenen diğer belgeler verilecektir.</w:t>
      </w:r>
    </w:p>
    <w:p w14:paraId="1060171B" w14:textId="77777777" w:rsidR="00FF3B20" w:rsidRDefault="00642BD7">
      <w:pPr>
        <w:pStyle w:val="ListeMaddemi"/>
      </w:pPr>
      <w:r>
        <w:t>Teklif edilen ürünlerin havacılık bakımında kullanılmasına engel bir geri çağırma, güvenlik uyarısı veya kullanım kısıtı bulunmayacaktır.</w:t>
      </w:r>
    </w:p>
    <w:p w14:paraId="5EA7C2F0" w14:textId="77777777" w:rsidR="00B030BF" w:rsidRDefault="00642BD7" w:rsidP="00B030BF">
      <w:pPr>
        <w:pStyle w:val="Balk1"/>
        <w:numPr>
          <w:ilvl w:val="0"/>
          <w:numId w:val="31"/>
        </w:numPr>
        <w:rPr>
          <w:lang w:val="da-DK"/>
        </w:rPr>
      </w:pPr>
      <w:r w:rsidRPr="007E12AD">
        <w:rPr>
          <w:lang w:val="da-DK"/>
        </w:rPr>
        <w:t>Kalem Bazında Teknik Özellikler</w:t>
      </w:r>
    </w:p>
    <w:p w14:paraId="65808B53" w14:textId="682E98C6" w:rsidR="00FF3B20" w:rsidRPr="00B030BF" w:rsidRDefault="00642BD7" w:rsidP="00B030BF">
      <w:pPr>
        <w:pStyle w:val="Balk1"/>
        <w:numPr>
          <w:ilvl w:val="1"/>
          <w:numId w:val="31"/>
        </w:numPr>
        <w:rPr>
          <w:lang w:val="da-DK"/>
        </w:rPr>
      </w:pPr>
      <w:r w:rsidRPr="00B030BF">
        <w:rPr>
          <w:lang w:val="da-DK"/>
        </w:rPr>
        <w:t xml:space="preserve">B1 Mekanik Teknisyen Takım </w:t>
      </w:r>
      <w:r w:rsidR="007E12AD" w:rsidRPr="00B030BF">
        <w:rPr>
          <w:lang w:val="da-DK"/>
        </w:rPr>
        <w:t>Çantası</w:t>
      </w:r>
    </w:p>
    <w:p w14:paraId="0F6DCAA5" w14:textId="44C5F81C" w:rsidR="00FF3B20" w:rsidRPr="007E12AD" w:rsidRDefault="00642BD7">
      <w:pPr>
        <w:keepNext/>
        <w:rPr>
          <w:lang w:val="da-DK"/>
        </w:rPr>
      </w:pPr>
      <w:r w:rsidRPr="007E12AD">
        <w:rPr>
          <w:b/>
          <w:color w:val="1F4D78"/>
          <w:lang w:val="da-DK"/>
        </w:rPr>
        <w:t>Ürün tanımı teknik özellikler üzerinden yapılmıştır.</w:t>
      </w:r>
      <w:r w:rsidRPr="007E12AD">
        <w:rPr>
          <w:b/>
          <w:color w:val="9B1C1C"/>
          <w:lang w:val="da-DK"/>
        </w:rPr>
        <w:t xml:space="preserve"> </w:t>
      </w:r>
    </w:p>
    <w:p w14:paraId="669A1340" w14:textId="77777777" w:rsidR="00B030BF" w:rsidRDefault="00642BD7" w:rsidP="00B030BF">
      <w:pPr>
        <w:pStyle w:val="ListeNumaras"/>
        <w:numPr>
          <w:ilvl w:val="2"/>
          <w:numId w:val="35"/>
        </w:numPr>
        <w:rPr>
          <w:lang w:val="da-DK"/>
        </w:rPr>
      </w:pPr>
      <w:r w:rsidRPr="007E12AD">
        <w:rPr>
          <w:lang w:val="da-DK"/>
        </w:rPr>
        <w:t>Uçak mekanik bakım faaliyetlerinde kullanılmak üzere taşınabilir ve çekmeceli takım muhafaza sistemi ve görev için gerekli el aletlerinden oluşan takım seti olacaktır.</w:t>
      </w:r>
    </w:p>
    <w:p w14:paraId="09905750" w14:textId="77777777" w:rsidR="00B030BF" w:rsidRDefault="00642BD7" w:rsidP="00B030BF">
      <w:pPr>
        <w:pStyle w:val="ListeNumaras"/>
        <w:numPr>
          <w:ilvl w:val="2"/>
          <w:numId w:val="35"/>
        </w:numPr>
        <w:rPr>
          <w:lang w:val="da-DK"/>
        </w:rPr>
      </w:pPr>
      <w:r w:rsidRPr="00B030BF">
        <w:rPr>
          <w:lang w:val="da-DK"/>
        </w:rPr>
        <w:t>Set içeriği, idarece onaylanan içerik listesinde yer alan alet cinsi, teknik özellik ve adetlerin tamamını birebir içerecektir.</w:t>
      </w:r>
    </w:p>
    <w:p w14:paraId="0C96C5FB" w14:textId="77777777" w:rsidR="00B030BF" w:rsidRDefault="00642BD7" w:rsidP="00B030BF">
      <w:pPr>
        <w:pStyle w:val="ListeNumaras"/>
        <w:numPr>
          <w:ilvl w:val="2"/>
          <w:numId w:val="35"/>
        </w:numPr>
        <w:rPr>
          <w:lang w:val="da-DK"/>
        </w:rPr>
      </w:pPr>
      <w:r w:rsidRPr="00B030BF">
        <w:rPr>
          <w:lang w:val="da-DK"/>
        </w:rPr>
        <w:t>Aletler profesyonel/endüstriyel sınıfta; korozyona, tekrarlı kullanıma ve havacılık bakım ortamına uygun olacaktır. Lokma ve anahtarlar ilgili ASME B107 serisi gereklerini karşılayacaktır.</w:t>
      </w:r>
    </w:p>
    <w:p w14:paraId="7CB52960" w14:textId="77777777" w:rsidR="00B030BF" w:rsidRDefault="00642BD7" w:rsidP="00B030BF">
      <w:pPr>
        <w:pStyle w:val="ListeNumaras"/>
        <w:numPr>
          <w:ilvl w:val="2"/>
          <w:numId w:val="35"/>
        </w:numPr>
        <w:rPr>
          <w:lang w:val="da-DK"/>
        </w:rPr>
      </w:pPr>
      <w:r>
        <w:t>Takım yerleşimi, her parçanın eksikliğinin görsel olarak fark edilmesini sağlayan, kapalı hücreli ve yağa dayanıklı iki renkli EVA köpük içinde olacaktır.</w:t>
      </w:r>
    </w:p>
    <w:p w14:paraId="09C2AFE2" w14:textId="77777777" w:rsidR="00B030BF" w:rsidRDefault="007E12AD" w:rsidP="00B030BF">
      <w:pPr>
        <w:pStyle w:val="ListeNumaras"/>
        <w:numPr>
          <w:ilvl w:val="2"/>
          <w:numId w:val="35"/>
        </w:numPr>
        <w:rPr>
          <w:lang w:val="da-DK"/>
        </w:rPr>
      </w:pPr>
      <w:r>
        <w:t>Takım Çantası darbeye dayanıklı, kilitlenebilir, taşıma sırasında açılmayı önleyen mandallı ve FOD kontrolüne uygun olacaktır. Her alet ve yuvası kalıcı kod/isim ile işaretlenecektir.</w:t>
      </w:r>
    </w:p>
    <w:p w14:paraId="3B3F1FDC" w14:textId="77777777" w:rsidR="00B030BF" w:rsidRDefault="00642BD7" w:rsidP="00B030BF">
      <w:pPr>
        <w:pStyle w:val="ListeNumaras"/>
        <w:numPr>
          <w:ilvl w:val="2"/>
          <w:numId w:val="35"/>
        </w:numPr>
        <w:rPr>
          <w:lang w:val="da-DK"/>
        </w:rPr>
      </w:pPr>
      <w:r>
        <w:lastRenderedPageBreak/>
        <w:t>Teklif ile birlikte imzalı içerik listesi, marka-model tablosu, kutu dış ölçüleri, toplam ağırlık ve garanti süresi sunulacaktır.</w:t>
      </w:r>
    </w:p>
    <w:p w14:paraId="0ED4C8BA" w14:textId="32982124" w:rsidR="00E54169" w:rsidRPr="00B030BF" w:rsidRDefault="00E54169" w:rsidP="00B030BF">
      <w:pPr>
        <w:pStyle w:val="ListeNumaras"/>
        <w:numPr>
          <w:ilvl w:val="2"/>
          <w:numId w:val="35"/>
        </w:numPr>
        <w:rPr>
          <w:lang w:val="da-DK"/>
        </w:rPr>
      </w:pPr>
      <w:r w:rsidRPr="00B030BF">
        <w:rPr>
          <w:b/>
          <w:color w:val="215868" w:themeColor="accent5" w:themeShade="80"/>
          <w:sz w:val="24"/>
          <w:u w:val="single"/>
          <w:lang w:val="da-DK"/>
        </w:rPr>
        <w:t>Mekanik Teknisyen</w:t>
      </w:r>
      <w:r w:rsidRPr="00B030BF">
        <w:rPr>
          <w:color w:val="215868" w:themeColor="accent5" w:themeShade="80"/>
          <w:sz w:val="24"/>
          <w:u w:val="single"/>
          <w:lang w:val="da-DK"/>
        </w:rPr>
        <w:t xml:space="preserve"> </w:t>
      </w:r>
      <w:r w:rsidRPr="00B030BF">
        <w:rPr>
          <w:b/>
          <w:color w:val="215868" w:themeColor="accent5" w:themeShade="80"/>
          <w:sz w:val="24"/>
          <w:u w:val="single"/>
        </w:rPr>
        <w:t>Takım Çantası İçerisinde Bulunması Gereken Aletler;</w:t>
      </w:r>
    </w:p>
    <w:p w14:paraId="041B149D" w14:textId="2A4D24CB" w:rsidR="00E54169" w:rsidRPr="00B030BF" w:rsidRDefault="002D5915" w:rsidP="00E54169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>
        <w:rPr>
          <w:color w:val="215868" w:themeColor="accent5" w:themeShade="80"/>
          <w:sz w:val="22"/>
          <w:szCs w:val="22"/>
          <w:lang w:val="da-DK"/>
        </w:rPr>
        <w:t xml:space="preserve">1. </w:t>
      </w:r>
      <w:r w:rsidR="00E54169" w:rsidRPr="00B030BF">
        <w:rPr>
          <w:color w:val="215868" w:themeColor="accent5" w:themeShade="80"/>
          <w:sz w:val="22"/>
          <w:szCs w:val="22"/>
          <w:lang w:val="da-DK"/>
        </w:rPr>
        <w:t>1/4 inch Sürücülü 10 Parça Derin Lokma Seti, 12 Köşe, 3/16-9/16 inch ch</w:t>
      </w:r>
    </w:p>
    <w:p w14:paraId="1DF272C0" w14:textId="77777777" w:rsidR="00E54169" w:rsidRPr="008C0E0A" w:rsidRDefault="00E54169" w:rsidP="00E54169">
      <w:pPr>
        <w:keepNext/>
        <w:rPr>
          <w:lang w:val="da-DK"/>
        </w:rPr>
      </w:pPr>
      <w:r w:rsidRPr="008C0E0A">
        <w:rPr>
          <w:b/>
          <w:color w:val="1F4D78"/>
          <w:lang w:val="da-DK"/>
        </w:rPr>
        <w:t>Bu kalem aşağıdaki teknik şartların tamamını karşılayacaktır.</w:t>
      </w:r>
    </w:p>
    <w:p w14:paraId="7928ED90" w14:textId="77777777" w:rsidR="00E54169" w:rsidRDefault="00E54169" w:rsidP="00E54169">
      <w:pPr>
        <w:pStyle w:val="ListeMaddemi"/>
        <w:spacing w:after="80" w:line="264" w:lineRule="auto"/>
      </w:pPr>
      <w:r>
        <w:t>Ürün, 1/4 inch Sürücülü 10 Parça Derin Lokma Seti, 12 Köşe, 3/16-9/16 inch ch tipinde ve belirtilen bütün ölçü, sürücü, uç/ağız, uzunluk ve parça sayısı özelliklerine sahip olacaktır.</w:t>
      </w:r>
    </w:p>
    <w:p w14:paraId="322EA7E5" w14:textId="77777777" w:rsidR="00E54169" w:rsidRDefault="00E54169" w:rsidP="00E54169">
      <w:pPr>
        <w:pStyle w:val="ListeMaddemi"/>
        <w:spacing w:after="80" w:line="264" w:lineRule="auto"/>
      </w:pPr>
      <w:r>
        <w:t>Set içindeki lokmalar profesyonel tip, ısıl işlem görmüş krom-vanadyum alaşımlı çelikten ve korozyona dayanıklı tam polisajlı yüzeyli olacaktır.</w:t>
      </w:r>
    </w:p>
    <w:p w14:paraId="42EBDC53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6D7037B6" w14:textId="77777777" w:rsidR="00E54169" w:rsidRDefault="00E54169" w:rsidP="00E54169">
      <w:pPr>
        <w:pStyle w:val="ListeMaddemi"/>
        <w:spacing w:after="80" w:line="264" w:lineRule="auto"/>
      </w:pPr>
      <w:r>
        <w:t>Her lokmada ölçü kalıcı ve okunaklı biçimde işaretlenecek</w:t>
      </w:r>
    </w:p>
    <w:p w14:paraId="05163FFA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41A0FADD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2. 1/4 inch Sürücülü 10 Parça Kısa Lokma Seti, 12 Köşe, 3/16-9/16 inch ch</w:t>
      </w:r>
    </w:p>
    <w:p w14:paraId="57C4CE18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4235872" w14:textId="77777777" w:rsidR="00E54169" w:rsidRDefault="00E54169" w:rsidP="00E54169">
      <w:pPr>
        <w:pStyle w:val="ListeMaddemi"/>
        <w:spacing w:after="80" w:line="264" w:lineRule="auto"/>
      </w:pPr>
      <w:r>
        <w:t>Ürün, 1/4 inch Sürücülü 10 Parça Kısa Lokma Seti, 12 Köşe, 3/16-9/16 inch ch tipinde ve belirtilen bütün ölçü, sürücü, uç/ağız, uzunluk ve parça sayısı özelliklerine sahip olacaktır.</w:t>
      </w:r>
    </w:p>
    <w:p w14:paraId="4B04CC34" w14:textId="77777777" w:rsidR="00E54169" w:rsidRDefault="00E54169" w:rsidP="00E54169">
      <w:pPr>
        <w:pStyle w:val="ListeMaddemi"/>
        <w:spacing w:after="80" w:line="264" w:lineRule="auto"/>
      </w:pPr>
      <w:r>
        <w:t>Set içindeki lokmalar profesyonel tip, ısıl işlem görmüş krom-vanadyum alaşımlı çelikten ve korozyona dayanıklı tam polisajlı yüzeyli olacaktır.</w:t>
      </w:r>
    </w:p>
    <w:p w14:paraId="121AC8FA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289CC962" w14:textId="77777777" w:rsidR="00E54169" w:rsidRDefault="00E54169" w:rsidP="00E54169">
      <w:pPr>
        <w:pStyle w:val="ListeMaddemi"/>
        <w:spacing w:after="80" w:line="264" w:lineRule="auto"/>
      </w:pPr>
      <w:r>
        <w:t xml:space="preserve">Her lokmada ölçü kalıcı ve okunaklı biçimde işaretlenecek, </w:t>
      </w:r>
    </w:p>
    <w:p w14:paraId="21E66EAC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20308D8F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3. 1/4 inch Sürücülü 11 Parça Altıgen Uç Lokma Seti, 1/16-5/16 inch ch</w:t>
      </w:r>
    </w:p>
    <w:p w14:paraId="01B36EF6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BB475D5" w14:textId="77777777" w:rsidR="00E54169" w:rsidRDefault="00E54169" w:rsidP="00E54169">
      <w:pPr>
        <w:pStyle w:val="ListeMaddemi"/>
        <w:spacing w:after="80" w:line="264" w:lineRule="auto"/>
      </w:pPr>
      <w:r>
        <w:t>Ürün, 1/4 inch Sürücülü 11 Parça Altıgen Uç Lokma Seti, 1/16-5/16 inch ch tipinde ve belirtilen bütün ölçü, sürücü, uç/ağız, uzunluk ve parça sayısı özelliklerine sahip olacaktır.</w:t>
      </w:r>
    </w:p>
    <w:p w14:paraId="35195B80" w14:textId="77777777" w:rsidR="00E54169" w:rsidRDefault="00E54169" w:rsidP="00E54169">
      <w:pPr>
        <w:pStyle w:val="ListeMaddemi"/>
        <w:spacing w:after="80" w:line="264" w:lineRule="auto"/>
      </w:pPr>
      <w:r>
        <w:t>Set içindeki lokmalar profesyonel tip, ısıl işlem görmüş krom-vanadyum alaşımlı çelikten ve korozyona dayanıklı tam polisajlı yüzeyli olacaktır.</w:t>
      </w:r>
    </w:p>
    <w:p w14:paraId="28D8164B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04DBF818" w14:textId="77777777" w:rsidR="00E54169" w:rsidRDefault="00E54169" w:rsidP="00E54169">
      <w:pPr>
        <w:pStyle w:val="ListeMaddemi"/>
        <w:spacing w:after="80" w:line="264" w:lineRule="auto"/>
      </w:pPr>
      <w:r>
        <w:t xml:space="preserve">Her lokmada ölçü kalıcı ve okunaklı biçimde işaretlenecek; </w:t>
      </w:r>
    </w:p>
    <w:p w14:paraId="05C950B8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172A4577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4. 1/4 inch Sürücülü 9 Parça Üniversal Mafsallı Lokma Seti, 7/32-9/16 inch ch</w:t>
      </w:r>
    </w:p>
    <w:p w14:paraId="4BB7968F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D17CBDB" w14:textId="77777777" w:rsidR="00E54169" w:rsidRDefault="00E54169" w:rsidP="00E54169">
      <w:pPr>
        <w:pStyle w:val="ListeMaddemi"/>
        <w:spacing w:after="80" w:line="264" w:lineRule="auto"/>
      </w:pPr>
      <w:r>
        <w:t>Ürün, 1/4 inch Sürücülü 9 Parça Üniversal Mafsallı Lokma Seti, 7/32-9/16 inch ch tipinde ve belirtilen bütün ölçü, sürücü, uç/ağız, uzunluk ve parça sayısı özelliklerine sahip olacaktır.</w:t>
      </w:r>
    </w:p>
    <w:p w14:paraId="74F47D94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Set içindeki lokmalar profesyonel tip, ısıl işlem görmüş krom-vanadyum alaşımlı çelikten ve korozyona dayanıklı tam polisajlı yüzeyli olacaktır.</w:t>
      </w:r>
    </w:p>
    <w:p w14:paraId="62827B9E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42CD491F" w14:textId="77777777" w:rsidR="00E54169" w:rsidRDefault="00E54169" w:rsidP="00E54169">
      <w:pPr>
        <w:pStyle w:val="ListeMaddemi"/>
        <w:spacing w:after="80" w:line="264" w:lineRule="auto"/>
      </w:pPr>
      <w:r>
        <w:t xml:space="preserve">Her lokmada ölçü kalıcı ve okunaklı biçimde işaretlenecek; </w:t>
      </w:r>
    </w:p>
    <w:p w14:paraId="587AF33E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7FD26836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5. 1/4 inch Sürücülü Cırcır Kolu</w:t>
      </w:r>
    </w:p>
    <w:p w14:paraId="45F4E5E3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F24227C" w14:textId="77777777" w:rsidR="00E54169" w:rsidRDefault="00E54169" w:rsidP="00E54169">
      <w:pPr>
        <w:pStyle w:val="ListeMaddemi"/>
        <w:spacing w:after="80" w:line="264" w:lineRule="auto"/>
      </w:pPr>
      <w:r>
        <w:t>Ürün, 1/4 inch Sürücülü Cırcır Kolu tipinde ve belirtilen bütün ölçü, sürücü, uç/ağız, uzunluk ve parça sayısı özelliklerine sahip olacaktır.</w:t>
      </w:r>
    </w:p>
    <w:p w14:paraId="084BD3E7" w14:textId="77777777" w:rsidR="00E54169" w:rsidRDefault="00E54169" w:rsidP="00E54169">
      <w:pPr>
        <w:pStyle w:val="ListeMaddemi"/>
        <w:spacing w:after="80" w:line="264" w:lineRule="auto"/>
      </w:pPr>
      <w:r>
        <w:t>Cırcır mekanizması inch, düşük geri dönüş açılı ince diş yapısında ve tek elle kullanılan yön değiştirme kollu olacaktır.</w:t>
      </w:r>
    </w:p>
    <w:p w14:paraId="600D0B20" w14:textId="77777777" w:rsidR="00E54169" w:rsidRDefault="00E54169" w:rsidP="00E54169">
      <w:pPr>
        <w:pStyle w:val="ListeMaddemi"/>
        <w:spacing w:after="80" w:line="264" w:lineRule="auto"/>
      </w:pPr>
      <w:r>
        <w:t>Kare sürücüde lokmayı güvenli tutan yaylı bilya bulunacak; mekanizma yük altında atlama veya sıkışma yapmayacaktır.</w:t>
      </w:r>
    </w:p>
    <w:p w14:paraId="6F70AC07" w14:textId="77777777" w:rsidR="00E54169" w:rsidRDefault="00E54169" w:rsidP="00E54169">
      <w:pPr>
        <w:pStyle w:val="ListeMaddemi"/>
        <w:spacing w:after="80" w:line="264" w:lineRule="auto"/>
      </w:pPr>
      <w:r>
        <w:t>Gövde ve başlık ısıl işlem görmüş alaşımlı çelikten, korozyona dayanıklı yüzeyli ve ergonomik olacaktır.</w:t>
      </w:r>
    </w:p>
    <w:p w14:paraId="50848DD7" w14:textId="77777777" w:rsidR="00E54169" w:rsidRDefault="00E54169" w:rsidP="00E54169">
      <w:pPr>
        <w:pStyle w:val="ListeMaddemi"/>
        <w:spacing w:after="80" w:line="264" w:lineRule="auto"/>
      </w:pPr>
      <w:r>
        <w:t>ASME B107.10/B107.110 veya eşdeğer standarda uygun olacaktır.</w:t>
      </w:r>
    </w:p>
    <w:p w14:paraId="08425058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6. 1/4 inch Sürücülü Ara Kol, 2 inch</w:t>
      </w:r>
    </w:p>
    <w:p w14:paraId="7310EE46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B91D702" w14:textId="77777777" w:rsidR="00E54169" w:rsidRDefault="00E54169" w:rsidP="00E54169">
      <w:pPr>
        <w:pStyle w:val="ListeMaddemi"/>
        <w:spacing w:after="80" w:line="264" w:lineRule="auto"/>
      </w:pPr>
      <w:r>
        <w:t>Ürün, 1/4 inch Sürücülü Ara Kol, 2 inch tipinde ve belirtilen bütün ölçü, sürücü, uç/ağız, uzunluk ve parça sayısı özelliklerine sahip olacaktır.</w:t>
      </w:r>
    </w:p>
    <w:p w14:paraId="54F25100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6F1A4EC7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5F4D2A11" w14:textId="77777777" w:rsidR="00E54169" w:rsidRDefault="00E54169" w:rsidP="00E54169">
      <w:pPr>
        <w:pStyle w:val="ListeMaddemi"/>
        <w:spacing w:after="80" w:line="264" w:lineRule="auto"/>
      </w:pPr>
      <w:r>
        <w:t>Gövde yük altında eğilme, kalıcı deformasyon veya bağlantıdan ayrılma göstermeyecektir.</w:t>
      </w:r>
    </w:p>
    <w:p w14:paraId="2E53BF18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5DD6CB4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7. 1/4 inch Sürücülü Ara Kol, 4 inch</w:t>
      </w:r>
    </w:p>
    <w:p w14:paraId="1441D257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C2F2222" w14:textId="77777777" w:rsidR="00E54169" w:rsidRDefault="00E54169" w:rsidP="00E54169">
      <w:pPr>
        <w:pStyle w:val="ListeMaddemi"/>
        <w:spacing w:after="80" w:line="264" w:lineRule="auto"/>
      </w:pPr>
      <w:r>
        <w:t>Ürün, 1/4 inch Sürücülü Ara Kol, 4 inch tipinde ve belirtilen bütün ölçü, sürücü, uç/ağız, uzunluk ve parça sayısı özelliklerine sahip olacaktır.</w:t>
      </w:r>
    </w:p>
    <w:p w14:paraId="773D339C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01F1EFE5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398CE05C" w14:textId="77777777" w:rsidR="00E54169" w:rsidRDefault="00E54169" w:rsidP="00E54169">
      <w:pPr>
        <w:pStyle w:val="ListeMaddemi"/>
        <w:spacing w:after="80" w:line="264" w:lineRule="auto"/>
      </w:pPr>
      <w:r>
        <w:t>Gövde yük altında eğilme, kalıcı deformasyon veya bağlantıdan ayrılma göstermeyecektir.</w:t>
      </w:r>
    </w:p>
    <w:p w14:paraId="6C87FDCB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3820337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8. 1/4 inch Sürücülü Ara Kol, 6 inch ch</w:t>
      </w:r>
    </w:p>
    <w:p w14:paraId="4662D9C2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948C18A" w14:textId="77777777" w:rsidR="00E54169" w:rsidRDefault="00E54169" w:rsidP="00E54169">
      <w:pPr>
        <w:pStyle w:val="ListeMaddemi"/>
        <w:spacing w:after="80" w:line="264" w:lineRule="auto"/>
      </w:pPr>
      <w:r>
        <w:t>Ürün, 1/4 inch Sürücülü Ara Kol, 6 inch ch tipinde ve belirtilen bütün ölçü, sürücü, uç/ağız, uzunluk ve parça sayısı özelliklerine sahip olacaktır.</w:t>
      </w:r>
    </w:p>
    <w:p w14:paraId="5735B1B5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41EF6025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17483ACB" w14:textId="77777777" w:rsidR="00E54169" w:rsidRDefault="00E54169" w:rsidP="00E54169">
      <w:pPr>
        <w:pStyle w:val="ListeMaddemi"/>
        <w:spacing w:after="80" w:line="264" w:lineRule="auto"/>
      </w:pPr>
      <w:r>
        <w:t>Gövde yük altında eğilme, kalıcı deformasyon veya bağlantıdan ayrılma göstermeyecektir.</w:t>
      </w:r>
    </w:p>
    <w:p w14:paraId="49043EEF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42EF31B6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>9. 1/4 inch Sürücülü Esnek Ara Kol, 6 inch ch</w:t>
      </w:r>
    </w:p>
    <w:p w14:paraId="6D52F99E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33F0ED2" w14:textId="77777777" w:rsidR="00E54169" w:rsidRDefault="00E54169" w:rsidP="00E54169">
      <w:pPr>
        <w:pStyle w:val="ListeMaddemi"/>
        <w:spacing w:after="80" w:line="264" w:lineRule="auto"/>
      </w:pPr>
      <w:r>
        <w:t>Ürün, 1/4 inch Sürücülü Esnek Ara Kol, 6 inch ch tipinde ve belirtilen bütün ölçü, sürücü, uç/ağız, uzunluk ve parça sayısı özelliklerine sahip olacaktır.</w:t>
      </w:r>
    </w:p>
    <w:p w14:paraId="452861D6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393E1686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1DF2ECF8" w14:textId="77777777" w:rsidR="00E54169" w:rsidRDefault="00E54169" w:rsidP="00E54169">
      <w:pPr>
        <w:pStyle w:val="ListeMaddemi"/>
        <w:spacing w:after="80" w:line="264" w:lineRule="auto"/>
      </w:pPr>
      <w:r>
        <w:t>Esnek bölüm, dar alanlarda kontrollü yönlendirme sağlayacak ve çalışma sırasında burulup kalıcı biçimde deforme olmayacaktır.</w:t>
      </w:r>
    </w:p>
    <w:p w14:paraId="0B79BB37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580FEDA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10. 3/8 inch Sürücülü 13 Parça Derin Lokma Seti, 12 Köşe, 1/4-1 inch</w:t>
      </w:r>
    </w:p>
    <w:p w14:paraId="761CA36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3B5F67E" w14:textId="77777777" w:rsidR="00E54169" w:rsidRDefault="00E54169" w:rsidP="00E54169">
      <w:pPr>
        <w:pStyle w:val="ListeMaddemi"/>
        <w:spacing w:after="80" w:line="264" w:lineRule="auto"/>
      </w:pPr>
      <w:r>
        <w:t>Ürün, 3/8 inch Sürücülü 13 Parça Derin Lokma Seti, 12 Köşe, 1/4-1 inch tipinde ve belirtilen bütün ölçü, sürücü, uç/ağız, uzunluk ve parça sayısı özelliklerine sahip olacaktır.</w:t>
      </w:r>
    </w:p>
    <w:p w14:paraId="36BE29A6" w14:textId="77777777" w:rsidR="00E54169" w:rsidRDefault="00E54169" w:rsidP="00E54169">
      <w:pPr>
        <w:pStyle w:val="ListeMaddemi"/>
        <w:spacing w:after="80" w:line="264" w:lineRule="auto"/>
      </w:pPr>
      <w:r>
        <w:t>Set içindeki lokmalar profesyonel tip, ısıl işlem görmüş krom-vanadyum veya eşdeğer alaşımlı çelikten ve korozyona dayanıklı tam polisajlı yüzeyli olacaktır.</w:t>
      </w:r>
    </w:p>
    <w:p w14:paraId="38509208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05FF16C0" w14:textId="77777777" w:rsidR="00E54169" w:rsidRDefault="00E54169" w:rsidP="00E54169">
      <w:pPr>
        <w:pStyle w:val="ListeMaddemi"/>
        <w:spacing w:after="80" w:line="264" w:lineRule="auto"/>
      </w:pPr>
      <w:r>
        <w:t>Her lokmada ölçü kalıcı ve okunaklı biçimde işaretlenecek; parçalar ölçü sıralı düzenleyici taşıyıcı veya kutu içinde teslim edilecektir.</w:t>
      </w:r>
    </w:p>
    <w:p w14:paraId="26186F0F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12696BD7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11. 3/8 inch Sürücülü 13 Parça Kısa Lokma Seti, 12 Köşe, 1/4-1 inch</w:t>
      </w:r>
    </w:p>
    <w:p w14:paraId="715AE55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71CB9A2" w14:textId="77777777" w:rsidR="00E54169" w:rsidRDefault="00E54169" w:rsidP="00E54169">
      <w:pPr>
        <w:pStyle w:val="ListeMaddemi"/>
        <w:spacing w:after="80" w:line="264" w:lineRule="auto"/>
      </w:pPr>
      <w:r>
        <w:t>Ürün, 3/8 inch Sürücülü 13 Parça Kısa Lokma Seti, 12 Köşe, 1/4-1 inch tipinde ve belirtilen bütün ölçü, sürücü, uç/ağız, uzunluk ve parça sayısı özelliklerine sahip olacaktır.</w:t>
      </w:r>
    </w:p>
    <w:p w14:paraId="340A47E8" w14:textId="77777777" w:rsidR="00E54169" w:rsidRDefault="00E54169" w:rsidP="00E54169">
      <w:pPr>
        <w:pStyle w:val="ListeMaddemi"/>
        <w:spacing w:after="80" w:line="264" w:lineRule="auto"/>
      </w:pPr>
      <w:r>
        <w:t>Set içindeki lokmalar profesyonel tip, ısıl işlem görmüş krom-vanadyum veya eşdeğer alaşımlı çelikten ve korozyona dayanıklı tam polisajlı yüzeyli olacaktır.</w:t>
      </w:r>
    </w:p>
    <w:p w14:paraId="097550C6" w14:textId="77777777" w:rsidR="00E54169" w:rsidRDefault="00E54169" w:rsidP="00E54169">
      <w:pPr>
        <w:pStyle w:val="ListeMaddemi"/>
        <w:spacing w:after="80" w:line="264" w:lineRule="auto"/>
      </w:pPr>
      <w:r>
        <w:t>Lokma ağızları yükü bağlantı elemanının köşeleri yerine düz yüzeylerine dağıtan, köşe yuvarlanması riskini azaltan hassas geometrili olacaktır.</w:t>
      </w:r>
    </w:p>
    <w:p w14:paraId="74A865F6" w14:textId="77777777" w:rsidR="00E54169" w:rsidRDefault="00E54169" w:rsidP="00E54169">
      <w:pPr>
        <w:pStyle w:val="ListeMaddemi"/>
        <w:spacing w:after="80" w:line="264" w:lineRule="auto"/>
      </w:pPr>
      <w:r>
        <w:t>Her lokmada ölçü kalıcı ve okunaklı biçimde işaretlenecek; parçalar ölçü sıralı düzenleyici taşıyıcı veya kutu içinde teslim edilecektir.</w:t>
      </w:r>
    </w:p>
    <w:p w14:paraId="7B5C8ABF" w14:textId="77777777" w:rsidR="00E54169" w:rsidRDefault="00E54169" w:rsidP="00E54169">
      <w:pPr>
        <w:pStyle w:val="ListeMaddemi"/>
        <w:spacing w:after="80" w:line="264" w:lineRule="auto"/>
      </w:pPr>
      <w:r>
        <w:t>Kare sürücü bağlantıları tutucu bilya ile güvenli kilitlenecek; el lokmaları ASME B107.110/B107.500 veya eşdeğerine uygun olacaktır.</w:t>
      </w:r>
    </w:p>
    <w:p w14:paraId="2843AF4F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12. 3/8 inch Sürücülü Standart Cırcır Kolu</w:t>
      </w:r>
    </w:p>
    <w:p w14:paraId="47A92F28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082F9FB" w14:textId="77777777" w:rsidR="00E54169" w:rsidRDefault="00E54169" w:rsidP="00E54169">
      <w:pPr>
        <w:pStyle w:val="ListeMaddemi"/>
        <w:spacing w:after="80" w:line="264" w:lineRule="auto"/>
      </w:pPr>
      <w:r>
        <w:t>Ürün, 3/8 inch Sürücülü Standart Cırcır Kolu tipinde ve belirtilen bütün ölçü, sürücü, uç/ağız, uzunluk ve parça sayısı özelliklerine sahip olacaktır.</w:t>
      </w:r>
    </w:p>
    <w:p w14:paraId="7BBCF3F6" w14:textId="77777777" w:rsidR="00E54169" w:rsidRDefault="00E54169" w:rsidP="00E54169">
      <w:pPr>
        <w:pStyle w:val="ListeMaddemi"/>
        <w:spacing w:after="80" w:line="264" w:lineRule="auto"/>
      </w:pPr>
      <w:r>
        <w:t>Cırcır mekanizması inch, düşük geri dönüş açılı ince diş yapısında ve tek elle kullanılan yön değiştirme kollu olacaktır.</w:t>
      </w:r>
    </w:p>
    <w:p w14:paraId="1AE82625" w14:textId="77777777" w:rsidR="00E54169" w:rsidRDefault="00E54169" w:rsidP="00E54169">
      <w:pPr>
        <w:pStyle w:val="ListeMaddemi"/>
        <w:spacing w:after="80" w:line="264" w:lineRule="auto"/>
      </w:pPr>
      <w:r>
        <w:t>Kare sürücüde lokmayı güvenli tutan yaylı bilya bulunacak; mekanizma yük altında atlama veya sıkışma yapmayacaktır.</w:t>
      </w:r>
    </w:p>
    <w:p w14:paraId="570C23FE" w14:textId="77777777" w:rsidR="00E54169" w:rsidRDefault="00E54169" w:rsidP="00E54169">
      <w:pPr>
        <w:pStyle w:val="ListeMaddemi"/>
        <w:spacing w:after="80" w:line="264" w:lineRule="auto"/>
      </w:pPr>
      <w:r>
        <w:t>Gövde ve başlık ısıl işlem görmüş alaşımlı çelikten, korozyona dayanıklı yüzeyli ve ergonomik olacaktır.</w:t>
      </w:r>
    </w:p>
    <w:p w14:paraId="07CDBD37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ASME B107.10/B107.110 veya eşdeğer standarda uygun olacaktır.</w:t>
      </w:r>
    </w:p>
    <w:p w14:paraId="7AE096B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13. 3/8 inch Sürücülü Mafsallı Kol, 8-1/2 inch</w:t>
      </w:r>
    </w:p>
    <w:p w14:paraId="150292A5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EC08535" w14:textId="77777777" w:rsidR="00E54169" w:rsidRDefault="00E54169" w:rsidP="00E54169">
      <w:pPr>
        <w:pStyle w:val="ListeMaddemi"/>
        <w:spacing w:after="80" w:line="264" w:lineRule="auto"/>
      </w:pPr>
      <w:r>
        <w:t>Ürün, 3/8 inch Sürücülü Mafsallı Kol, 8-1/2 in tipinde ve belirtilen bütün ölçü, sürücü, uç/ağız, uzunluk ve parça sayısı özelliklerine sahip olacaktır.</w:t>
      </w:r>
    </w:p>
    <w:p w14:paraId="5AC2FDBF" w14:textId="77777777" w:rsidR="00E54169" w:rsidRDefault="00E54169" w:rsidP="00E54169">
      <w:pPr>
        <w:pStyle w:val="ListeMaddemi"/>
        <w:spacing w:after="80" w:line="264" w:lineRule="auto"/>
      </w:pPr>
      <w:r>
        <w:t>Mafsallı yapı açılı çalışmada takılmadan hareket edecek ve aşırı boşluk göstermeyecektir.</w:t>
      </w:r>
    </w:p>
    <w:p w14:paraId="058D6AC5" w14:textId="77777777" w:rsidR="00E54169" w:rsidRDefault="00E54169" w:rsidP="00E54169">
      <w:pPr>
        <w:pStyle w:val="ListeMaddemi"/>
        <w:spacing w:after="80" w:line="264" w:lineRule="auto"/>
      </w:pPr>
      <w:r>
        <w:t>Giriş/çıkış kareleri ilgili sürücü ölçüsüyle tam uyumlu; çıkış ucunda güvenli tutucu mekanizma bulunacaktır.</w:t>
      </w:r>
    </w:p>
    <w:p w14:paraId="1D45CE00" w14:textId="77777777" w:rsidR="00E54169" w:rsidRDefault="00E54169" w:rsidP="00E54169">
      <w:pPr>
        <w:pStyle w:val="ListeMaddemi"/>
        <w:spacing w:after="80" w:line="264" w:lineRule="auto"/>
      </w:pPr>
      <w:r>
        <w:t>Gövde ve mafsal parçaları ısıl işlem görmüş alaşımlı çelikten, korozyona dayanıklı olacaktır.</w:t>
      </w:r>
    </w:p>
    <w:p w14:paraId="19FCA5F3" w14:textId="77777777" w:rsidR="00E54169" w:rsidRDefault="00E54169" w:rsidP="00E54169">
      <w:pPr>
        <w:pStyle w:val="ListeMaddemi"/>
        <w:spacing w:after="80" w:line="264" w:lineRule="auto"/>
      </w:pPr>
      <w:r>
        <w:t>Yük altında ayrılma veya kalıcı deformasyon göstermeyecek; ASME B107 serisinin ilgili gereklerine uygun olacaktır.</w:t>
      </w:r>
    </w:p>
    <w:p w14:paraId="0C772DDA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14. 3/8 inch Sürücülü Hız Kolu, 17-1/2 inch</w:t>
      </w:r>
    </w:p>
    <w:p w14:paraId="5326BE1D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058480A" w14:textId="77777777" w:rsidR="00E54169" w:rsidRDefault="00E54169" w:rsidP="00E54169">
      <w:pPr>
        <w:pStyle w:val="ListeMaddemi"/>
        <w:spacing w:after="80" w:line="264" w:lineRule="auto"/>
      </w:pPr>
      <w:r>
        <w:t>Ürün, 3/8 inch Sürücülü Hız Kolu, 17-1/2 inch tipinde ve belirtilen bütün ölçü, sürücü, uç/ağız, uzunluk ve parça sayısı özelliklerine sahip olacaktır.</w:t>
      </w:r>
    </w:p>
    <w:p w14:paraId="25D05185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alaşımlı çelikten, tam polisajlı ve korozyona dayanıklı olacaktır.</w:t>
      </w:r>
    </w:p>
    <w:p w14:paraId="43D42366" w14:textId="77777777" w:rsidR="00E54169" w:rsidRDefault="00E54169" w:rsidP="00E54169">
      <w:pPr>
        <w:pStyle w:val="ListeMaddemi"/>
        <w:spacing w:after="80" w:line="264" w:lineRule="auto"/>
      </w:pPr>
      <w:r>
        <w:t>Krank biçimli kol ve serbest dönen tutamak, bağlantı elemanlarının hızlı sökülüp takılmasına uygun olacaktır.</w:t>
      </w:r>
    </w:p>
    <w:p w14:paraId="3C5ECFDB" w14:textId="77777777" w:rsidR="00E54169" w:rsidRDefault="00E54169" w:rsidP="00E54169">
      <w:pPr>
        <w:pStyle w:val="ListeMaddemi"/>
        <w:spacing w:after="80" w:line="264" w:lineRule="auto"/>
      </w:pPr>
      <w:r>
        <w:t>Kare sürücüde lokmayı güvenli tutan yaylı bilya bulunacak; kol takılmadan ve salınımsız çalışacaktır.</w:t>
      </w:r>
    </w:p>
    <w:p w14:paraId="1C58C932" w14:textId="77777777" w:rsidR="00E54169" w:rsidRDefault="00E54169" w:rsidP="00E54169">
      <w:pPr>
        <w:pStyle w:val="ListeMaddemi"/>
        <w:spacing w:after="80" w:line="264" w:lineRule="auto"/>
      </w:pPr>
      <w:r>
        <w:t>ASME B107.110/B107.500 veya eşdeğerine uygun olacaktır.</w:t>
      </w:r>
    </w:p>
    <w:p w14:paraId="152B455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15. 3/8 inch Sürücülü Ara Kol, 3 inch</w:t>
      </w:r>
    </w:p>
    <w:p w14:paraId="380F69E7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25E9A36" w14:textId="77777777" w:rsidR="00E54169" w:rsidRDefault="00E54169" w:rsidP="00E54169">
      <w:pPr>
        <w:pStyle w:val="ListeMaddemi"/>
        <w:spacing w:after="80" w:line="264" w:lineRule="auto"/>
      </w:pPr>
      <w:r>
        <w:t>Ürün, 3/8 inch Sürücülü Ara Kol, 3 inch tipinde ve belirtilen bütün ölçü, sürücü, uç/ağız, uzunluk ve parça sayısı özelliklerine sahip olacaktır.</w:t>
      </w:r>
    </w:p>
    <w:p w14:paraId="424ED48C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653CCAE9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6841347E" w14:textId="77777777" w:rsidR="00E54169" w:rsidRDefault="00E54169" w:rsidP="00E54169">
      <w:pPr>
        <w:pStyle w:val="ListeMaddemi"/>
        <w:spacing w:after="80" w:line="264" w:lineRule="auto"/>
      </w:pPr>
      <w:r>
        <w:t>Gövde yük altında eğilme, kalıcı deformasyon veya bağlantıdan ayrılma göstermeyecektir.</w:t>
      </w:r>
    </w:p>
    <w:p w14:paraId="2887BC89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7A58A9C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16. 3/8 inch Sürücülü Ara Kol, 6 inch </w:t>
      </w:r>
    </w:p>
    <w:p w14:paraId="367671F1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8FDF002" w14:textId="4BF49E08" w:rsidR="00E54169" w:rsidRDefault="00E54169" w:rsidP="00E54169">
      <w:pPr>
        <w:pStyle w:val="ListeMaddemi"/>
        <w:spacing w:after="80" w:line="264" w:lineRule="auto"/>
      </w:pPr>
      <w:r>
        <w:t xml:space="preserve">Ürün, 3/8 inch Sürücülü Ara Kol, 6 </w:t>
      </w:r>
      <w:r w:rsidR="00EE5AFD">
        <w:t>inch tipinde</w:t>
      </w:r>
      <w:r>
        <w:t xml:space="preserve"> ve belirtilen bütün ölçü, sürücü, uç/ağız, uzunluk ve parça sayısı özelliklerine sahip olacaktır.</w:t>
      </w:r>
    </w:p>
    <w:p w14:paraId="40ED652D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6E4F5147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73EDFA24" w14:textId="77777777" w:rsidR="00E54169" w:rsidRDefault="00E54169" w:rsidP="00E54169">
      <w:pPr>
        <w:pStyle w:val="ListeMaddemi"/>
        <w:spacing w:after="80" w:line="264" w:lineRule="auto"/>
      </w:pPr>
      <w:r>
        <w:t>Gövde yük altında eğilme, kalıcı deformasyon veya bağlantıdan ayrılma göstermeyecektir.</w:t>
      </w:r>
    </w:p>
    <w:p w14:paraId="0BA21FE8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65AEBF40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17. 3/8 inch Sürücülü Ara Kol, 12 inch </w:t>
      </w:r>
    </w:p>
    <w:p w14:paraId="7BEBEE63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5253AA3" w14:textId="73E1448C" w:rsidR="00E54169" w:rsidRDefault="00E54169" w:rsidP="00E54169">
      <w:pPr>
        <w:pStyle w:val="ListeMaddemi"/>
        <w:spacing w:after="80" w:line="264" w:lineRule="auto"/>
      </w:pPr>
      <w:r>
        <w:t xml:space="preserve">Ürün, 3/8 inch Sürücülü Ara Kol, 12 </w:t>
      </w:r>
      <w:r w:rsidR="00EE5AFD">
        <w:t>inch tipinde</w:t>
      </w:r>
      <w:r>
        <w:t xml:space="preserve"> ve belirtilen bütün ölçü, sürücü, uç/ağız, uzunluk ve parça sayısı özelliklerine sahip olacaktır.</w:t>
      </w:r>
    </w:p>
    <w:p w14:paraId="20473DA2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yüksek dayanımlı alaşımlı çelikten, tam polisajlı ve korozyona dayanıklı olacaktır.</w:t>
      </w:r>
    </w:p>
    <w:p w14:paraId="68142F17" w14:textId="77777777" w:rsidR="00E54169" w:rsidRDefault="00E54169" w:rsidP="00E54169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695F6AE2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Gövde yük altında eğilme, kalıcı deformasyon veya bağlantıdan ayrılma göstermeyecektir.</w:t>
      </w:r>
    </w:p>
    <w:p w14:paraId="0C943EAA" w14:textId="77777777" w:rsidR="00E54169" w:rsidRDefault="00E54169" w:rsidP="00E54169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2E34BC1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18. Lokma Adaptörü, 1/4 inch Dişi x 3/8 inch Erkek</w:t>
      </w:r>
    </w:p>
    <w:p w14:paraId="38200736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FC16215" w14:textId="77777777" w:rsidR="00E54169" w:rsidRDefault="00E54169" w:rsidP="00E54169">
      <w:pPr>
        <w:pStyle w:val="ListeMaddemi"/>
        <w:spacing w:after="80" w:line="264" w:lineRule="auto"/>
      </w:pPr>
      <w:r>
        <w:t>Ürün, Lokma Adaptörü, 1/4 inch Dişi x 3/8 inch Erkek tipinde ve belirtilen bütün ölçü, sürücü, uç/ağız, uzunluk ve parça sayısı özelliklerine sahip olacaktır.</w:t>
      </w:r>
    </w:p>
    <w:p w14:paraId="78DC93B2" w14:textId="77777777" w:rsidR="00E54169" w:rsidRDefault="00E54169" w:rsidP="00E54169">
      <w:pPr>
        <w:pStyle w:val="ListeMaddemi"/>
        <w:spacing w:after="80" w:line="264" w:lineRule="auto"/>
      </w:pPr>
      <w:r>
        <w:t>Giriş ve çıkış tarafları belirtilen dişi/erkek kare sürücü yönü ve ölçüleriyle birebir uyumlu olacaktır.</w:t>
      </w:r>
    </w:p>
    <w:p w14:paraId="411B0C39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alaşımlı çelikten, tam polisajlı ve korozyona dayanıklı olacaktır.</w:t>
      </w:r>
    </w:p>
    <w:p w14:paraId="45B0CA96" w14:textId="77777777" w:rsidR="00E54169" w:rsidRDefault="00E54169" w:rsidP="00E54169">
      <w:pPr>
        <w:pStyle w:val="ListeMaddemi"/>
        <w:spacing w:after="80" w:line="264" w:lineRule="auto"/>
      </w:pPr>
      <w:r>
        <w:t>Erkek kare uçta güvenli tutucu bilya bulunacak; yük altında ayrılma veya kalıcı deformasyon oluşmayacaktır.</w:t>
      </w:r>
    </w:p>
    <w:p w14:paraId="2A58BB34" w14:textId="77777777" w:rsidR="00E54169" w:rsidRDefault="00E54169" w:rsidP="00E54169">
      <w:pPr>
        <w:pStyle w:val="ListeMaddemi"/>
        <w:spacing w:after="80" w:line="264" w:lineRule="auto"/>
      </w:pPr>
      <w:r>
        <w:t>Manuel lokma takımları için olacak; ASME B107.10/B107.500 veya eşdeğerine uygun olacaktır.</w:t>
      </w:r>
    </w:p>
    <w:p w14:paraId="2912842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19. Lokma Adaptörü, 3/8 inch Dişi x 1/4 inch Erkek</w:t>
      </w:r>
    </w:p>
    <w:p w14:paraId="46645981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2CA9071" w14:textId="77777777" w:rsidR="00E54169" w:rsidRDefault="00E54169" w:rsidP="00E54169">
      <w:pPr>
        <w:pStyle w:val="ListeMaddemi"/>
        <w:spacing w:after="80" w:line="264" w:lineRule="auto"/>
      </w:pPr>
      <w:r>
        <w:t>Ürün, Lokma Adaptörü, 3/8 inch Dişi x 1/4 inch Erkek tipinde ve belirtilen bütün ölçü, sürücü, uç/ağız, uzunluk ve parça sayısı özelliklerine sahip olacaktır.</w:t>
      </w:r>
    </w:p>
    <w:p w14:paraId="00140C15" w14:textId="77777777" w:rsidR="00E54169" w:rsidRDefault="00E54169" w:rsidP="00E54169">
      <w:pPr>
        <w:pStyle w:val="ListeMaddemi"/>
        <w:spacing w:after="80" w:line="264" w:lineRule="auto"/>
      </w:pPr>
      <w:r>
        <w:t>Giriş ve çıkış tarafları belirtilen dişi/erkek kare sürücü yönü ve ölçüleriyle birebir uyumlu olacaktır.</w:t>
      </w:r>
    </w:p>
    <w:p w14:paraId="1C202A9E" w14:textId="77777777" w:rsidR="00E54169" w:rsidRDefault="00E54169" w:rsidP="00E54169">
      <w:pPr>
        <w:pStyle w:val="ListeMaddemi"/>
        <w:spacing w:after="80" w:line="264" w:lineRule="auto"/>
      </w:pPr>
      <w:r>
        <w:t>Gövde ısıl işlem görmüş alaşımlı çelikten, tam polisajlı ve korozyona dayanıklı olacaktır.</w:t>
      </w:r>
    </w:p>
    <w:p w14:paraId="190FB097" w14:textId="77777777" w:rsidR="00E54169" w:rsidRDefault="00E54169" w:rsidP="00E54169">
      <w:pPr>
        <w:pStyle w:val="ListeMaddemi"/>
        <w:spacing w:after="80" w:line="264" w:lineRule="auto"/>
      </w:pPr>
      <w:r>
        <w:t>Erkek kare uçta güvenli tutucu bilya bulunacak; yük altında ayrılma veya kalıcı deformasyon oluşmayacaktır.</w:t>
      </w:r>
    </w:p>
    <w:p w14:paraId="09F65305" w14:textId="77777777" w:rsidR="00E54169" w:rsidRDefault="00E54169" w:rsidP="00E54169">
      <w:pPr>
        <w:pStyle w:val="ListeMaddemi"/>
        <w:spacing w:after="80" w:line="264" w:lineRule="auto"/>
      </w:pPr>
      <w:r>
        <w:t>Manuel lokma takımları için olacak; ASME B107.10/B107.500 veya eşdeğerine uygun olacaktır.</w:t>
      </w:r>
    </w:p>
    <w:p w14:paraId="49DBA93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20. 3/8 inch Sürücülü, 1/4 inch Altıgen Manyetik Bit Tutucu Lokma</w:t>
      </w:r>
    </w:p>
    <w:p w14:paraId="0AF70730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1DB6101" w14:textId="77777777" w:rsidR="00E54169" w:rsidRDefault="00E54169" w:rsidP="00E54169">
      <w:pPr>
        <w:pStyle w:val="ListeMaddemi"/>
        <w:spacing w:after="80" w:line="264" w:lineRule="auto"/>
      </w:pPr>
      <w:r>
        <w:t>Ürün, 3/8 inch Sürücülü, 1/4 inch Altıgen Manyetik Bit Tutucu Lokma tipinde ve belirtilen bütün ölçü, sürücü, uç/ağız, uzunluk ve parça sayısı özelliklerine sahip olacaktır.</w:t>
      </w:r>
    </w:p>
    <w:p w14:paraId="18252F6B" w14:textId="77777777" w:rsidR="00E54169" w:rsidRDefault="00E54169" w:rsidP="00E54169">
      <w:pPr>
        <w:pStyle w:val="ListeMaddemi"/>
        <w:spacing w:after="80" w:line="264" w:lineRule="auto"/>
      </w:pPr>
      <w:r>
        <w:t>Standart 1/4 inch altıgen tornavida uçlarıyla uyumlu ve ucu güvenle tutan mıknatıs/kilitleme mekanizmalı olacaktır.</w:t>
      </w:r>
    </w:p>
    <w:p w14:paraId="6598DD5B" w14:textId="77777777" w:rsidR="00E54169" w:rsidRDefault="00E54169" w:rsidP="00E54169">
      <w:pPr>
        <w:pStyle w:val="ListeMaddemi"/>
        <w:spacing w:after="80" w:line="264" w:lineRule="auto"/>
      </w:pPr>
      <w:r>
        <w:t>Cırcır mekanizması sağ, sol ve sabit konumlu; düşük geri dönüş açılı ve yük altında atlamayan yapıda olacaktır.</w:t>
      </w:r>
    </w:p>
    <w:p w14:paraId="3470E2D2" w14:textId="77777777" w:rsidR="00E54169" w:rsidRDefault="00E54169" w:rsidP="00E54169">
      <w:pPr>
        <w:pStyle w:val="ListeMaddemi"/>
        <w:spacing w:after="80" w:line="264" w:lineRule="auto"/>
      </w:pPr>
      <w:r>
        <w:t>Gövde/şaft ısıl işlem görmüş alaşımlı çelikten; sap ergonomik, kaymaz ve atölye kimyasallarına dayanıklı olacaktır.</w:t>
      </w:r>
    </w:p>
    <w:p w14:paraId="69BA684E" w14:textId="77777777" w:rsidR="00E54169" w:rsidRDefault="00E54169" w:rsidP="00E54169">
      <w:pPr>
        <w:pStyle w:val="ListeMaddemi"/>
        <w:spacing w:after="80" w:line="264" w:lineRule="auto"/>
      </w:pPr>
      <w:r>
        <w:t>Uç değişimi aletsiz ve kolay yapılacak; mekanizma tekrarlı profesyonel kullanıma uygun olacaktır.</w:t>
      </w:r>
    </w:p>
    <w:p w14:paraId="2F406642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21. 3/8 inch Sürücülü Üniversal Mafsal</w:t>
      </w:r>
    </w:p>
    <w:p w14:paraId="549FB75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E4A25E8" w14:textId="77777777" w:rsidR="00E54169" w:rsidRDefault="00E54169" w:rsidP="00E54169">
      <w:pPr>
        <w:pStyle w:val="ListeMaddemi"/>
        <w:spacing w:after="80" w:line="264" w:lineRule="auto"/>
      </w:pPr>
      <w:r>
        <w:t>Ürün, 3/8 inch Sürücülü Üniversal Mafsal tipinde ve belirtilen bütün ölçü, sürücü, uç/ağız, uzunluk ve parça sayısı özelliklerine sahip olacaktır.</w:t>
      </w:r>
    </w:p>
    <w:p w14:paraId="4D9CF4D2" w14:textId="77777777" w:rsidR="00E54169" w:rsidRDefault="00E54169" w:rsidP="00E54169">
      <w:pPr>
        <w:pStyle w:val="ListeMaddemi"/>
        <w:spacing w:after="80" w:line="264" w:lineRule="auto"/>
      </w:pPr>
      <w:r>
        <w:t>Mafsallı yapı açılı çalışmada takılmadan hareket edecek ve aşırı boşluk göstermeyecektir.</w:t>
      </w:r>
    </w:p>
    <w:p w14:paraId="1968F754" w14:textId="77777777" w:rsidR="00E54169" w:rsidRDefault="00E54169" w:rsidP="00E54169">
      <w:pPr>
        <w:pStyle w:val="ListeMaddemi"/>
        <w:spacing w:after="80" w:line="264" w:lineRule="auto"/>
      </w:pPr>
      <w:r>
        <w:t>Giriş/çıkış kareleri ilgili sürücü ölçüsüyle tam uyumlu; çıkış ucunda güvenli tutucu mekanizma bulunacaktır.</w:t>
      </w:r>
    </w:p>
    <w:p w14:paraId="6AE51F97" w14:textId="77777777" w:rsidR="00E54169" w:rsidRDefault="00E54169" w:rsidP="00E54169">
      <w:pPr>
        <w:pStyle w:val="ListeMaddemi"/>
        <w:spacing w:after="80" w:line="264" w:lineRule="auto"/>
      </w:pPr>
      <w:r>
        <w:t>Gövde ve mafsal parçaları ısıl işlem görmüş alaşımlı çelikten, korozyona dayanıklı olacaktır.</w:t>
      </w:r>
    </w:p>
    <w:p w14:paraId="72F9C808" w14:textId="77777777" w:rsidR="00E54169" w:rsidRDefault="00E54169" w:rsidP="00E54169">
      <w:pPr>
        <w:pStyle w:val="ListeMaddemi"/>
        <w:spacing w:after="80" w:line="264" w:lineRule="auto"/>
      </w:pPr>
      <w:r>
        <w:t>Yük altında ayrılma veya kalıcı deformasyon göstermeyecek; ASME B107 serisinin ilgili gereklerine uygun olacaktır.</w:t>
      </w:r>
    </w:p>
    <w:p w14:paraId="737BD590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>22. Düz Mini Cırcırlı Bit Tutucu Kol</w:t>
      </w:r>
    </w:p>
    <w:p w14:paraId="70BCDC7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86385E6" w14:textId="77777777" w:rsidR="00E54169" w:rsidRDefault="00E54169" w:rsidP="00E54169">
      <w:pPr>
        <w:pStyle w:val="ListeMaddemi"/>
        <w:spacing w:after="80" w:line="264" w:lineRule="auto"/>
      </w:pPr>
      <w:r>
        <w:t>Ürün, Düz Mini Cırcırlı Bit Tutucu Kol tipinde ve belirtilen bütün ölçü, sürücü, uç/ağız, uzunluk ve parça sayısı özelliklerine sahip olacaktır.</w:t>
      </w:r>
    </w:p>
    <w:p w14:paraId="3D147DFB" w14:textId="77777777" w:rsidR="00E54169" w:rsidRDefault="00E54169" w:rsidP="00E54169">
      <w:pPr>
        <w:pStyle w:val="ListeMaddemi"/>
        <w:spacing w:after="80" w:line="264" w:lineRule="auto"/>
      </w:pPr>
      <w:r>
        <w:t>Standart 1/4 inch altıgen tornavida uçlarıyla uyumlu ve ucu güvenle tutan mıknatıs/kilitleme mekanizmalı olacaktır.</w:t>
      </w:r>
    </w:p>
    <w:p w14:paraId="5631CD37" w14:textId="77777777" w:rsidR="00E54169" w:rsidRDefault="00E54169" w:rsidP="00E54169">
      <w:pPr>
        <w:pStyle w:val="ListeMaddemi"/>
        <w:spacing w:after="80" w:line="264" w:lineRule="auto"/>
      </w:pPr>
      <w:r>
        <w:t>Cırcır mekanizması sağ, sol ve sabit konumlu; düşük geri dönüş açılı ve yük altında atlamayan yapıda olacaktır.</w:t>
      </w:r>
    </w:p>
    <w:p w14:paraId="4F9A9850" w14:textId="77777777" w:rsidR="00E54169" w:rsidRDefault="00E54169" w:rsidP="00E54169">
      <w:pPr>
        <w:pStyle w:val="ListeMaddemi"/>
        <w:spacing w:after="80" w:line="264" w:lineRule="auto"/>
      </w:pPr>
      <w:r>
        <w:t>Gövde/şaft ısıl işlem görmüş alaşımlı çelikten; sap ergonomik, kaymaz ve atölye kimyasallarına dayanıklı olacaktır.</w:t>
      </w:r>
    </w:p>
    <w:p w14:paraId="78D20D06" w14:textId="77777777" w:rsidR="00E54169" w:rsidRDefault="00E54169" w:rsidP="00E54169">
      <w:pPr>
        <w:pStyle w:val="ListeMaddemi"/>
        <w:spacing w:after="80" w:line="264" w:lineRule="auto"/>
      </w:pPr>
      <w:r>
        <w:t>Uç değişimi aletsiz ve kolay yapılacak; mekanizma tekrarlı profesyonel kullanıma uygun olacaktır.</w:t>
      </w:r>
    </w:p>
    <w:p w14:paraId="2D4AA8D3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23. Düz Göbekten Cırcırlı Anahtar, 1/4 x 5/16 inch </w:t>
      </w:r>
    </w:p>
    <w:p w14:paraId="243B740E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7E008EB" w14:textId="66838AEB" w:rsidR="00E54169" w:rsidRDefault="00E54169" w:rsidP="00E54169">
      <w:pPr>
        <w:pStyle w:val="ListeMaddemi"/>
        <w:spacing w:after="80" w:line="264" w:lineRule="auto"/>
      </w:pPr>
      <w:r>
        <w:t xml:space="preserve">Ürün, Düz Göbekten Cırcırlı Anahtar, 1/4 x 5/16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08C2CBF5" w14:textId="77777777" w:rsidR="00E54169" w:rsidRDefault="00E54169" w:rsidP="00E54169">
      <w:pPr>
        <w:pStyle w:val="ListeMaddemi"/>
        <w:spacing w:after="80" w:line="264" w:lineRule="auto"/>
      </w:pPr>
      <w:r>
        <w:t>Ağızlar belirtilen ölçü ve geometride, bağlantı elemanına tam oturacak toleransta olacaktır.</w:t>
      </w:r>
    </w:p>
    <w:p w14:paraId="34172C67" w14:textId="77777777" w:rsidR="00E54169" w:rsidRDefault="00E54169" w:rsidP="00E54169">
      <w:pPr>
        <w:pStyle w:val="ListeMaddemi"/>
        <w:spacing w:after="80" w:line="264" w:lineRule="auto"/>
      </w:pPr>
      <w:r>
        <w:t>Cırcır mekanizması düşük salınım açılı, Sağ/Sol Yönlü belirtilmişse yön değiştirmeli ve yük altında atlamadan çalışacaktır.</w:t>
      </w:r>
    </w:p>
    <w:p w14:paraId="780F404F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alaşımlı çelikten, tam polisajlı ve korozyona dayanıklı olacaktır.</w:t>
      </w:r>
    </w:p>
    <w:p w14:paraId="7C230F2E" w14:textId="77777777" w:rsidR="00E54169" w:rsidRDefault="00E54169" w:rsidP="00E54169">
      <w:pPr>
        <w:pStyle w:val="ListeMaddemi"/>
        <w:spacing w:after="80" w:line="264" w:lineRule="auto"/>
      </w:pPr>
      <w:r>
        <w:t>Ölçüler kalıcı işaretlenecek ve ürün profesyonel tekrarlı kullanıma uygun olacaktır.</w:t>
      </w:r>
    </w:p>
    <w:p w14:paraId="680A5AE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24. Düz Göbekten Cırcırlı Anahtar, 3/8 x 7/16 inch </w:t>
      </w:r>
    </w:p>
    <w:p w14:paraId="704E789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D74C11A" w14:textId="060D5B46" w:rsidR="00E54169" w:rsidRDefault="00E54169" w:rsidP="00E54169">
      <w:pPr>
        <w:pStyle w:val="ListeMaddemi"/>
        <w:spacing w:after="80" w:line="264" w:lineRule="auto"/>
      </w:pPr>
      <w:r>
        <w:t xml:space="preserve">Ürün, Düz Göbekten Cırcırlı Anahtar, 3/8 x 7/16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320B552" w14:textId="77777777" w:rsidR="00E54169" w:rsidRDefault="00E54169" w:rsidP="00E54169">
      <w:pPr>
        <w:pStyle w:val="ListeMaddemi"/>
        <w:spacing w:after="80" w:line="264" w:lineRule="auto"/>
      </w:pPr>
      <w:r>
        <w:t>Ağızlar belirtilen ölçü ve geometride, bağlantı elemanına tam oturacak toleransta olacaktır.</w:t>
      </w:r>
    </w:p>
    <w:p w14:paraId="28D8F171" w14:textId="77777777" w:rsidR="00E54169" w:rsidRDefault="00E54169" w:rsidP="00E54169">
      <w:pPr>
        <w:pStyle w:val="ListeMaddemi"/>
        <w:spacing w:after="80" w:line="264" w:lineRule="auto"/>
      </w:pPr>
      <w:r>
        <w:t>Cırcır mekanizması düşük salınım açılı, Sağ/Sol Yönlü belirtilmişse yön değiştirmeli ve yük altında atlamadan çalışacaktır.</w:t>
      </w:r>
    </w:p>
    <w:p w14:paraId="25B3500C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alaşımlı çelikten, tam polisajlı ve korozyona dayanıklı olacaktır.</w:t>
      </w:r>
    </w:p>
    <w:p w14:paraId="6B12A796" w14:textId="77777777" w:rsidR="00E54169" w:rsidRDefault="00E54169" w:rsidP="00E54169">
      <w:pPr>
        <w:pStyle w:val="ListeMaddemi"/>
        <w:spacing w:after="80" w:line="264" w:lineRule="auto"/>
      </w:pPr>
      <w:r>
        <w:t>Ölçüler kalıcı işaretlenecek ve ürün profesyonel tekrarlı kullanıma uygun olacaktır.</w:t>
      </w:r>
    </w:p>
    <w:p w14:paraId="45B40D6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25. Düz Göbekten Cırcırlı Anahtar, 1/2 x 9/16 inch </w:t>
      </w:r>
    </w:p>
    <w:p w14:paraId="27739950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8CD6AEE" w14:textId="476C14E8" w:rsidR="00E54169" w:rsidRDefault="00E54169" w:rsidP="00E54169">
      <w:pPr>
        <w:pStyle w:val="ListeMaddemi"/>
        <w:spacing w:after="80" w:line="264" w:lineRule="auto"/>
      </w:pPr>
      <w:r>
        <w:t xml:space="preserve">Ürün, Düz Göbekten Cırcırlı Anahtar, 1/2 x 9/16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1B8BF046" w14:textId="77777777" w:rsidR="00E54169" w:rsidRDefault="00E54169" w:rsidP="00E54169">
      <w:pPr>
        <w:pStyle w:val="ListeMaddemi"/>
        <w:spacing w:after="80" w:line="264" w:lineRule="auto"/>
      </w:pPr>
      <w:r>
        <w:t>Ağızlar belirtilen ölçü ve geometride, bağlantı elemanına tam oturacak toleransta olacaktır.</w:t>
      </w:r>
    </w:p>
    <w:p w14:paraId="628D6FAA" w14:textId="77777777" w:rsidR="00E54169" w:rsidRDefault="00E54169" w:rsidP="00E54169">
      <w:pPr>
        <w:pStyle w:val="ListeMaddemi"/>
        <w:spacing w:after="80" w:line="264" w:lineRule="auto"/>
      </w:pPr>
      <w:r>
        <w:t>Cırcır mekanizması düşük salınım açılı, Sağ/Sol Yönlü belirtilmişse yön değiştirmeli ve yük altında atlamadan çalışacaktır.</w:t>
      </w:r>
    </w:p>
    <w:p w14:paraId="6701BC79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alaşımlı çelikten, tam polisajlı ve korozyona dayanıklı olacaktır.</w:t>
      </w:r>
    </w:p>
    <w:p w14:paraId="48A8677E" w14:textId="77777777" w:rsidR="00E54169" w:rsidRDefault="00E54169" w:rsidP="00E54169">
      <w:pPr>
        <w:pStyle w:val="ListeMaddemi"/>
        <w:spacing w:after="80" w:line="264" w:lineRule="auto"/>
      </w:pPr>
      <w:r>
        <w:t>Ölçüler kalıcı işaretlenecek ve ürün profesyonel tekrarlı kullanıma uygun olacaktır.</w:t>
      </w:r>
    </w:p>
    <w:p w14:paraId="7F971813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26. Sağ/Sol Yönlü Spline Kombine Anahtar, 9/32 inch</w:t>
      </w:r>
    </w:p>
    <w:p w14:paraId="62837FC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9CA885A" w14:textId="77777777" w:rsidR="00E54169" w:rsidRDefault="00E54169" w:rsidP="00E54169">
      <w:pPr>
        <w:pStyle w:val="ListeMaddemi"/>
        <w:spacing w:after="80" w:line="264" w:lineRule="auto"/>
      </w:pPr>
      <w:r>
        <w:t>Ürün, Sağ/Sol YönlüSpline Kombine Anahtar, 9/32 inch tipinde ve belirtilen bütün ölçü, sürücü, uç/ağız, uzunluk ve parça sayısı özelliklerine sahip olacaktır.</w:t>
      </w:r>
    </w:p>
    <w:p w14:paraId="19DDDD55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Ağızlar belirtilen ölçü ve geometride, bağlantı elemanına tam oturacak toleransta olacaktır.</w:t>
      </w:r>
    </w:p>
    <w:p w14:paraId="6F80CA49" w14:textId="77777777" w:rsidR="00E54169" w:rsidRDefault="00E54169" w:rsidP="00E54169">
      <w:pPr>
        <w:pStyle w:val="ListeMaddemi"/>
        <w:spacing w:after="80" w:line="264" w:lineRule="auto"/>
      </w:pPr>
      <w:r>
        <w:t>Cırcır mekanizması düşük salınım açılı, Sağ/Sol Yönlü belirtilmişse yön değiştirmeli ve yük altında atlamadan çalışacaktır.</w:t>
      </w:r>
    </w:p>
    <w:p w14:paraId="3ADD4C81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alaşımlı çelikten, tam polisajlı ve korozyona dayanıklı olacaktır.</w:t>
      </w:r>
    </w:p>
    <w:p w14:paraId="56CCBF9D" w14:textId="77777777" w:rsidR="00E54169" w:rsidRDefault="00E54169" w:rsidP="00E54169">
      <w:pPr>
        <w:pStyle w:val="ListeMaddemi"/>
        <w:spacing w:after="80" w:line="264" w:lineRule="auto"/>
      </w:pPr>
      <w:r>
        <w:t>Ölçüler kalıcı işaretlenecek ve ürün profesyonel tekrarlı kullanıma uygun olacaktır.</w:t>
      </w:r>
    </w:p>
    <w:p w14:paraId="07DFC03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27. Sağ/Sol Yönlü Spline Kombine Anahtar, 7/32 inch</w:t>
      </w:r>
    </w:p>
    <w:p w14:paraId="2DDD6063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0C7731C" w14:textId="77777777" w:rsidR="00E54169" w:rsidRDefault="00E54169" w:rsidP="00E54169">
      <w:pPr>
        <w:pStyle w:val="ListeMaddemi"/>
        <w:spacing w:after="80" w:line="264" w:lineRule="auto"/>
      </w:pPr>
      <w:r>
        <w:t>Ürün, Sağ/Sol YönlüSpline Kombine Anahtar, 7/32 inch tipinde ve belirtilen bütün ölçü, sürücü, uç/ağız, uzunluk ve parça sayısı özelliklerine sahip olacaktır.</w:t>
      </w:r>
    </w:p>
    <w:p w14:paraId="1E97B50B" w14:textId="77777777" w:rsidR="00E54169" w:rsidRDefault="00E54169" w:rsidP="00E54169">
      <w:pPr>
        <w:pStyle w:val="ListeMaddemi"/>
        <w:spacing w:after="80" w:line="264" w:lineRule="auto"/>
      </w:pPr>
      <w:r>
        <w:t>Ağızlar belirtilen ölçü ve geometride, bağlantı elemanına tam oturacak toleransta olacaktır.</w:t>
      </w:r>
    </w:p>
    <w:p w14:paraId="3D091F7E" w14:textId="77777777" w:rsidR="00E54169" w:rsidRDefault="00E54169" w:rsidP="00E54169">
      <w:pPr>
        <w:pStyle w:val="ListeMaddemi"/>
        <w:spacing w:after="80" w:line="264" w:lineRule="auto"/>
      </w:pPr>
      <w:r>
        <w:t>Cırcır mekanizması düşük salınım açılı, Sağ/Sol Yönlü belirtilmişse yön değiştirmeli ve yük altında atlamadan çalışacaktır.</w:t>
      </w:r>
    </w:p>
    <w:p w14:paraId="2209FCF7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alaşımlı çelikten, tam polisajlı ve korozyona dayanıklı olacaktır.</w:t>
      </w:r>
    </w:p>
    <w:p w14:paraId="743A618D" w14:textId="77777777" w:rsidR="00E54169" w:rsidRDefault="00E54169" w:rsidP="00E54169">
      <w:pPr>
        <w:pStyle w:val="ListeMaddemi"/>
        <w:spacing w:after="80" w:line="264" w:lineRule="auto"/>
      </w:pPr>
      <w:r>
        <w:t>Ölçüler kalıcı işaretlenecek ve ürün profesyonel tekrarlı kullanıma uygun olacaktır.</w:t>
      </w:r>
    </w:p>
    <w:p w14:paraId="7EBD458C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28. 9 Parça Yarı Mat Yüzeyli Kısa Açılı Açık Ağız Anahtar Seti</w:t>
      </w:r>
    </w:p>
    <w:p w14:paraId="3E21F848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83EB5B4" w14:textId="77777777" w:rsidR="00E54169" w:rsidRDefault="00E54169" w:rsidP="00E54169">
      <w:pPr>
        <w:pStyle w:val="ListeMaddemi"/>
        <w:spacing w:after="80" w:line="264" w:lineRule="auto"/>
      </w:pPr>
      <w:r>
        <w:t>Ürün, 9 Parça Yarı Mat Yüzeyli Kısa Açılı Açık Ağız Anahtar Seti tipinde ve belirtilen bütün ölçü, sürücü, uç/ağız, uzunluk ve parça sayısı özelliklerine sahip olacaktır.</w:t>
      </w:r>
    </w:p>
    <w:p w14:paraId="58CD822C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5F07AC45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4468CE8C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03C8B7E4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46434FF0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29. Düz-Yıldız Kombine Anahtar, 1/4 inch</w:t>
      </w:r>
    </w:p>
    <w:p w14:paraId="1F5E872D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8748CC9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1/4 inch tipinde ve belirtilen bütün ölçü, sürücü, uç/ağız, uzunluk ve parça sayısı özelliklerine sahip olacaktır.</w:t>
      </w:r>
    </w:p>
    <w:p w14:paraId="7A49C0C6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7A757040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06603F10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35600D5F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40EDD712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30. Düz-Yıldız Kombine Anahtar, 5/16 inch </w:t>
      </w:r>
    </w:p>
    <w:p w14:paraId="7F60940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71C6747" w14:textId="73FF4D3D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5/16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7B2DD3E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03DE742F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081BEEB1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Set halinde istenen ürünler ölçü sıralı taşıyıcı içinde eksiksiz teslim edilecek; her anahtarın ölçüsü kalıcı işaretli olacaktır.</w:t>
      </w:r>
    </w:p>
    <w:p w14:paraId="32A0B7F2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5ABD88DE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31. Düz-Yıldız Kombine Anahtar, 11/32 inch</w:t>
      </w:r>
    </w:p>
    <w:p w14:paraId="3438913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9274896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11/32 inch tipinde ve belirtilen bütün ölçü, sürücü, uç/ağız, uzunluk ve parça sayısı özelliklerine sahip olacaktır.</w:t>
      </w:r>
    </w:p>
    <w:p w14:paraId="73189461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1101510A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7A8EB396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4F8C8238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5C6C7A9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32. Düz-Yıldız Kombine Anahtar, 3/8 inch</w:t>
      </w:r>
    </w:p>
    <w:p w14:paraId="48A7709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A97D947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3/8 inch tipinde ve belirtilen bütün ölçü, sürücü, uç/ağız, uzunluk ve parça sayısı özelliklerine sahip olacaktır.</w:t>
      </w:r>
    </w:p>
    <w:p w14:paraId="0E775303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12B841E1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41C41986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1B13F9C8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686227CC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33. Düz-Yıldız Kombine Anahtar, 7/16 inch </w:t>
      </w:r>
    </w:p>
    <w:p w14:paraId="189DBB8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62F7AD6" w14:textId="7D106298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7/16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16885350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06F0E960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6335BC06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1F7B1C35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50F5D18E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34. Düz-Yıldız Kombine Anahtar, 1/2 inch</w:t>
      </w:r>
    </w:p>
    <w:p w14:paraId="01750630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17B0B80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1/2 inch tipinde ve belirtilen bütün ölçü, sürücü, uç/ağız, uzunluk ve parça sayısı özelliklerine sahip olacaktır.</w:t>
      </w:r>
    </w:p>
    <w:p w14:paraId="6874D97B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65C840EC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4E6F8B47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Set halinde istenen ürünler ölçü sıralı taşıyıcı içinde eksiksiz teslim edilecek; her anahtarın ölçüsü kalıcı işaretli olacaktır.</w:t>
      </w:r>
    </w:p>
    <w:p w14:paraId="283F1210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16A4BF8A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35. Düz-Yıldız Kombine Anahtar, 9/16 inch </w:t>
      </w:r>
    </w:p>
    <w:p w14:paraId="4954CEC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58E54C1" w14:textId="3D7519D3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9/16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056587D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1B8D8E3A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2096003E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359414B4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0CEB107D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36. Düz-Yıldız Kombine Anahtar, 5/8 inch</w:t>
      </w:r>
    </w:p>
    <w:p w14:paraId="30E44FBF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1D41F0A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5/8 inch tipinde ve belirtilen bütün ölçü, sürücü, uç/ağız, uzunluk ve parça sayısı özelliklerine sahip olacaktır.</w:t>
      </w:r>
    </w:p>
    <w:p w14:paraId="01B79582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7AEF4BA7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4936450C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4203C62F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25D6D756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37. Düz-Yıldız Kombine Anahtar, 11/16 inch </w:t>
      </w:r>
    </w:p>
    <w:p w14:paraId="3E0FC50D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E075025" w14:textId="06A8FC36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11/16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799AA621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3CE44895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1CC15B11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40CF53F9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6CD54528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38. Düz-Yıldız Kombine Anahtar, 3/4 inch</w:t>
      </w:r>
    </w:p>
    <w:p w14:paraId="4CCAF73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17B7B43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3/4 inch tipinde ve belirtilen bütün ölçü, sürücü, uç/ağız, uzunluk ve parça sayısı özelliklerine sahip olacaktır.</w:t>
      </w:r>
    </w:p>
    <w:p w14:paraId="1934713D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0BE8F7F9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037DB186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Set halinde istenen ürünler ölçü sıralı taşıyıcı içinde eksiksiz teslim edilecek; her anahtarın ölçüsü kalıcı işaretli olacaktır.</w:t>
      </w:r>
    </w:p>
    <w:p w14:paraId="08101FA6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6D9ADF18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39. Düz-Yıldız Kombine Anahtar, 13/16 inch </w:t>
      </w:r>
    </w:p>
    <w:p w14:paraId="696D99F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CB8C1D8" w14:textId="681A588F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13/16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46F153E2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332BEBD4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3702FEFB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08FCAA4B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601DC12E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40. Düz-Yıldız Kombine Anahtar, 7/8 inch</w:t>
      </w:r>
    </w:p>
    <w:p w14:paraId="7088FBE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2354A06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7/8 inch tipinde ve belirtilen bütün ölçü, sürücü, uç/ağız, uzunluk ve parça sayısı özelliklerine sahip olacaktır.</w:t>
      </w:r>
    </w:p>
    <w:p w14:paraId="6165B87F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1663C4B1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0C7D8B01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474A4A87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0819FA7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41. Düz-Yıldız Kombine Anahtar, 15/16 inch </w:t>
      </w:r>
    </w:p>
    <w:p w14:paraId="67AB0790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74E1913" w14:textId="41FFECD6" w:rsidR="00E54169" w:rsidRDefault="00E54169" w:rsidP="00E54169">
      <w:pPr>
        <w:pStyle w:val="ListeMaddemi"/>
        <w:spacing w:after="80" w:line="264" w:lineRule="auto"/>
      </w:pPr>
      <w:r>
        <w:t xml:space="preserve">Ürün, Düz-Yıldız Kombine Anahtar, 15/16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7A24A7BE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6B442CEA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317C07D1" w14:textId="77777777" w:rsidR="00E54169" w:rsidRDefault="00E54169" w:rsidP="00E54169">
      <w:pPr>
        <w:pStyle w:val="ListeMaddemi"/>
        <w:spacing w:after="80" w:line="264" w:lineRule="auto"/>
      </w:pPr>
      <w:r>
        <w:t>Set halinde istenen ürünler ölçü sıralı taşıyıcı içinde eksiksiz teslim edilecek; her anahtarın ölçüsü kalıcı işaretli olacaktır.</w:t>
      </w:r>
    </w:p>
    <w:p w14:paraId="7E44ABAC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2B7AE20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42. Düz-Yıldız Kombine Anahtar, 1 inch</w:t>
      </w:r>
    </w:p>
    <w:p w14:paraId="243D891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7C14F28" w14:textId="77777777" w:rsidR="00E54169" w:rsidRDefault="00E54169" w:rsidP="00E54169">
      <w:pPr>
        <w:pStyle w:val="ListeMaddemi"/>
        <w:spacing w:after="80" w:line="264" w:lineRule="auto"/>
      </w:pPr>
      <w:r>
        <w:t>Ürün, Düz-Yıldız Kombine Anahtar, 1 inch tipinde ve belirtilen bütün ölçü, sürücü, uç/ağız, uzunluk ve parça sayısı özelliklerine sahip olacaktır.</w:t>
      </w:r>
    </w:p>
    <w:p w14:paraId="7E06B1E1" w14:textId="77777777" w:rsidR="00E54169" w:rsidRDefault="00E54169" w:rsidP="00E54169">
      <w:pPr>
        <w:pStyle w:val="ListeMaddemi"/>
        <w:spacing w:after="80" w:line="264" w:lineRule="auto"/>
      </w:pPr>
      <w:r>
        <w:t>Ağız toleransları bağlantı elemanına zarar vermeyecek hassasiyette; yıldız ağızlı ürünlerde yükü köşeler yerine yan yüzeylere dağıtan geometri olacaktır.</w:t>
      </w:r>
    </w:p>
    <w:p w14:paraId="61E30AB5" w14:textId="77777777" w:rsidR="00E54169" w:rsidRDefault="00E54169" w:rsidP="00E54169">
      <w:pPr>
        <w:pStyle w:val="ListeMaddemi"/>
        <w:spacing w:after="80" w:line="264" w:lineRule="auto"/>
      </w:pPr>
      <w:r>
        <w:t>Gövde dövme, ısıl işlem görmüş yüksek dayanımlı alaşımlı çelikten ve korozyona dayanıklı yüzeyli olacaktır.</w:t>
      </w:r>
    </w:p>
    <w:p w14:paraId="5E1EB943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Set halinde istenen ürünler ölçü sıralı taşıyıcı içinde eksiksiz teslim edilecek; her anahtarın ölçüsü kalıcı işaretli olacaktır.</w:t>
      </w:r>
    </w:p>
    <w:p w14:paraId="5BB634AD" w14:textId="77777777" w:rsidR="00E54169" w:rsidRDefault="00E54169" w:rsidP="00E54169">
      <w:pPr>
        <w:pStyle w:val="ListeMaddemi"/>
        <w:spacing w:after="80" w:line="264" w:lineRule="auto"/>
      </w:pPr>
      <w:r>
        <w:t>ASME B107.100/B107.500 veya eşdeğerinin ilgili gereklerine uygun olacaktır.</w:t>
      </w:r>
    </w:p>
    <w:p w14:paraId="780FBBE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43. Ayarlı Anahtar, 10 inch</w:t>
      </w:r>
    </w:p>
    <w:p w14:paraId="0EA915DE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7B8A3EB" w14:textId="77777777" w:rsidR="00E54169" w:rsidRDefault="00E54169" w:rsidP="00E54169">
      <w:pPr>
        <w:pStyle w:val="ListeMaddemi"/>
        <w:spacing w:after="80" w:line="264" w:lineRule="auto"/>
      </w:pPr>
      <w:r>
        <w:t>Ürün, Ayarlı Anahtar, 10 inch tipinde ve belirtilen bütün ölçü, sürücü, uç/ağız, uzunluk ve parça sayısı özelliklerine sahip olacaktır.</w:t>
      </w:r>
    </w:p>
    <w:p w14:paraId="51751FAC" w14:textId="77777777" w:rsidR="00E54169" w:rsidRDefault="00E54169" w:rsidP="00E54169">
      <w:pPr>
        <w:pStyle w:val="ListeMaddemi"/>
        <w:spacing w:after="80" w:line="264" w:lineRule="auto"/>
      </w:pPr>
      <w:r>
        <w:t>Sabit ve hareketli çeneler paralel olacak ve bağlantı elemanını yüzeyine zarar vermeden güvenle kavrayacaktır.</w:t>
      </w:r>
    </w:p>
    <w:p w14:paraId="154CF742" w14:textId="77777777" w:rsidR="00E54169" w:rsidRDefault="00E54169" w:rsidP="00E54169">
      <w:pPr>
        <w:pStyle w:val="ListeMaddemi"/>
        <w:spacing w:after="80" w:line="264" w:lineRule="auto"/>
      </w:pPr>
      <w:r>
        <w:t>Ayar vidası boşluksuz/takılmadan çalışacak ve yük altında ayarını koruyacaktır.</w:t>
      </w:r>
    </w:p>
    <w:p w14:paraId="44B6566C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alaşımlı çelikten, korozyona dayanıklı olacaktır.</w:t>
      </w:r>
    </w:p>
    <w:p w14:paraId="221E56F6" w14:textId="77777777" w:rsidR="00E54169" w:rsidRDefault="00E54169" w:rsidP="00E54169">
      <w:pPr>
        <w:pStyle w:val="ListeMaddemi"/>
        <w:spacing w:after="80" w:line="264" w:lineRule="auto"/>
      </w:pPr>
      <w:r>
        <w:t>Çene açıklığı kalıcı ölçekle gösterilecek; ASME B107.100 veya eşdeğerine uygun olacaktır.</w:t>
      </w:r>
    </w:p>
    <w:p w14:paraId="00FADA2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44. Ayarlı Anahtar, 6 inch </w:t>
      </w:r>
    </w:p>
    <w:p w14:paraId="3290129D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C26E1F5" w14:textId="620F6845" w:rsidR="00E54169" w:rsidRDefault="00E54169" w:rsidP="00E54169">
      <w:pPr>
        <w:pStyle w:val="ListeMaddemi"/>
        <w:spacing w:after="80" w:line="264" w:lineRule="auto"/>
      </w:pPr>
      <w:r>
        <w:t xml:space="preserve">Ürün, Ayarlı Anahtar, 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AB75FF0" w14:textId="77777777" w:rsidR="00E54169" w:rsidRDefault="00E54169" w:rsidP="00E54169">
      <w:pPr>
        <w:pStyle w:val="ListeMaddemi"/>
        <w:spacing w:after="80" w:line="264" w:lineRule="auto"/>
      </w:pPr>
      <w:r>
        <w:t>Sabit ve hareketli çeneler paralel olacak ve bağlantı elemanını yüzeyine zarar vermeden güvenle kavrayacaktır.</w:t>
      </w:r>
    </w:p>
    <w:p w14:paraId="47E859F2" w14:textId="77777777" w:rsidR="00E54169" w:rsidRDefault="00E54169" w:rsidP="00E54169">
      <w:pPr>
        <w:pStyle w:val="ListeMaddemi"/>
        <w:spacing w:after="80" w:line="264" w:lineRule="auto"/>
      </w:pPr>
      <w:r>
        <w:t>Ayar vidası boşluksuz/takılmadan çalışacak ve yük altında ayarını koruyacaktır.</w:t>
      </w:r>
    </w:p>
    <w:p w14:paraId="37CF7800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alaşımlı çelikten, korozyona dayanıklı olacaktır.</w:t>
      </w:r>
    </w:p>
    <w:p w14:paraId="2D3B5EBC" w14:textId="77777777" w:rsidR="00E54169" w:rsidRDefault="00E54169" w:rsidP="00E54169">
      <w:pPr>
        <w:pStyle w:val="ListeMaddemi"/>
        <w:spacing w:after="80" w:line="264" w:lineRule="auto"/>
      </w:pPr>
      <w:r>
        <w:t>Çene açıklığı kalıcı ölçekle gösterilecek; ASME B107.100 veya eşdeğerine uygun olacaktır.</w:t>
      </w:r>
    </w:p>
    <w:p w14:paraId="59AE17C1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45. Kilitli Pense, 5 inch</w:t>
      </w:r>
    </w:p>
    <w:p w14:paraId="06D22F91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8778918" w14:textId="77777777" w:rsidR="00E54169" w:rsidRDefault="00E54169" w:rsidP="00E54169">
      <w:pPr>
        <w:pStyle w:val="ListeMaddemi"/>
        <w:spacing w:after="80" w:line="264" w:lineRule="auto"/>
      </w:pPr>
      <w:r>
        <w:t>Ürün, Kilitli Pense, 5 inch tipinde ve belirtilen bütün ölçü, sürücü, uç/ağız, uzunluk ve parça sayısı özelliklerine sahip olacaktır.</w:t>
      </w:r>
    </w:p>
    <w:p w14:paraId="2CD33922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3E4397E8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42276EDB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7DD49DA6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60B0DE31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46. Kilitli Pense, 10 inch</w:t>
      </w:r>
    </w:p>
    <w:p w14:paraId="7C48E56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3966875" w14:textId="77777777" w:rsidR="00E54169" w:rsidRDefault="00E54169" w:rsidP="00E54169">
      <w:pPr>
        <w:pStyle w:val="ListeMaddemi"/>
        <w:spacing w:after="80" w:line="264" w:lineRule="auto"/>
      </w:pPr>
      <w:r>
        <w:t>Ürün, Kilitli Pense, 10 inch tipinde ve belirtilen bütün ölçü, sürücü, uç/ağız, uzunluk ve parça sayısı özelliklerine sahip olacaktır.</w:t>
      </w:r>
    </w:p>
    <w:p w14:paraId="0C320CAD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771CF6DA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2D36F744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30B8BF19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3A88024A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>47. Sağ/Sol Yönlü Emniyet Teli Bükme ve Kesme Pensesi, 8-3/4 inch</w:t>
      </w:r>
    </w:p>
    <w:p w14:paraId="0ECCB36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E0BBDE0" w14:textId="77777777" w:rsidR="00E54169" w:rsidRDefault="00E54169" w:rsidP="00E54169">
      <w:pPr>
        <w:pStyle w:val="ListeMaddemi"/>
        <w:spacing w:after="80" w:line="264" w:lineRule="auto"/>
      </w:pPr>
      <w:r>
        <w:t>Ürün, Sağ/Sol Yönlü Emniyet Teli Bükme ve Kesme Pensesi, 8-3/4 inch tipinde ve belirtilen bütün ölçü, sürücü, uç/ağız, uzunluk ve parça sayısı özelliklerine sahip olacaktır.</w:t>
      </w:r>
    </w:p>
    <w:p w14:paraId="03802873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669C70BB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1A9DB58A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2F4A2F6C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4C0A163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48. Konnektör Pensesi</w:t>
      </w:r>
    </w:p>
    <w:p w14:paraId="3A03A0AA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8375B52" w14:textId="77777777" w:rsidR="00E54169" w:rsidRDefault="00E54169" w:rsidP="00E54169">
      <w:pPr>
        <w:pStyle w:val="ListeMaddemi"/>
        <w:spacing w:after="80" w:line="264" w:lineRule="auto"/>
      </w:pPr>
      <w:r>
        <w:t>Ürün, Konnektör Pensesi tipinde ve belirtilen bütün ölçü, sürücü, uç/ağız, uzunluk ve parça sayısı özelliklerine sahip olacaktır.</w:t>
      </w:r>
    </w:p>
    <w:p w14:paraId="3EB73028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14BF406E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081783E5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092BAA0F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6B27A7F6" w14:textId="77777777" w:rsidR="00E54169" w:rsidRDefault="00E54169" w:rsidP="00E54169">
      <w:r>
        <w:rPr>
          <w:b/>
          <w:color w:val="5A5A5A"/>
        </w:rPr>
        <w:t>Kabul kontrolü: Ürün tanımı, ölçüler, malzeme/yüzey kalitesi, işaretleme, mekanik çalışma ve üretici belgeleri kontrol edilir; gerekli görülürse numune üzerinde fonksiyon testi yapılır.</w:t>
      </w:r>
    </w:p>
    <w:p w14:paraId="6B63702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49. Ayarlı Kanallı Pense, 10 inch</w:t>
      </w:r>
    </w:p>
    <w:p w14:paraId="60D204F2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4149918" w14:textId="77777777" w:rsidR="00E54169" w:rsidRDefault="00E54169" w:rsidP="00E54169">
      <w:pPr>
        <w:pStyle w:val="ListeMaddemi"/>
        <w:spacing w:after="80" w:line="264" w:lineRule="auto"/>
      </w:pPr>
      <w:r>
        <w:t>Ürün, Ayarlı Kanallı Pense, 10 inch tipinde ve belirtilen bütün ölçü, sürücü, uç/ağız, uzunluk ve parça sayısı özelliklerine sahip olacaktır.</w:t>
      </w:r>
    </w:p>
    <w:p w14:paraId="55421E1C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648A03B1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1DBC903E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65F6666C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38C43D83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50. Yan Keski, 6-1/16 inch </w:t>
      </w:r>
    </w:p>
    <w:p w14:paraId="5B78A33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E1AE3B4" w14:textId="009124E5" w:rsidR="00E54169" w:rsidRDefault="00E54169" w:rsidP="00E54169">
      <w:pPr>
        <w:pStyle w:val="ListeMaddemi"/>
        <w:spacing w:after="80" w:line="264" w:lineRule="auto"/>
      </w:pPr>
      <w:r>
        <w:t xml:space="preserve">Ürün, Yan Keski, 6-1/16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289E3EFE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59E35E81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02AD589A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4F2CC856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040E7486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 xml:space="preserve">51. Kombine Mafsallı Pense, 6-9/16 inch </w:t>
      </w:r>
    </w:p>
    <w:p w14:paraId="3998E4AA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9891923" w14:textId="20A44A89" w:rsidR="00E54169" w:rsidRDefault="00E54169" w:rsidP="00E54169">
      <w:pPr>
        <w:pStyle w:val="ListeMaddemi"/>
        <w:spacing w:after="80" w:line="264" w:lineRule="auto"/>
      </w:pPr>
      <w:r>
        <w:t xml:space="preserve">Ürün, Kombine Mafsallı Pense, 6-9/16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B962336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29D1C41B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6F5D1274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6099D364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084F88DC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52. Kesicili Uzun Burun Pense, 6-5/8 inch</w:t>
      </w:r>
    </w:p>
    <w:p w14:paraId="6E42181E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8A41993" w14:textId="77777777" w:rsidR="00E54169" w:rsidRDefault="00E54169" w:rsidP="00E54169">
      <w:pPr>
        <w:pStyle w:val="ListeMaddemi"/>
        <w:spacing w:after="80" w:line="264" w:lineRule="auto"/>
      </w:pPr>
      <w:r>
        <w:t>Ürün, Kesicili Uzun Burun Pense, 6-5/8 inch tipinde ve belirtilen bütün ölçü, sürücü, uç/ağız, uzunluk ve parça sayısı özelliklerine sahip olacaktır.</w:t>
      </w:r>
    </w:p>
    <w:p w14:paraId="4A762525" w14:textId="77777777" w:rsidR="00E54169" w:rsidRDefault="00E54169" w:rsidP="00E54169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317BE950" w14:textId="77777777" w:rsidR="00E54169" w:rsidRDefault="00E54169" w:rsidP="00E54169">
      <w:pPr>
        <w:pStyle w:val="ListeMaddemi"/>
        <w:spacing w:after="80" w:line="264" w:lineRule="auto"/>
      </w:pPr>
      <w:r>
        <w:t>Çeneler kapalı konumda hizalı; mafsal minimum boşluklu ve takılmadan çalışır; saplar ergonomik ve kaymaz olacaktır.</w:t>
      </w:r>
    </w:p>
    <w:p w14:paraId="79B278FA" w14:textId="77777777" w:rsidR="00E54169" w:rsidRDefault="00E54169" w:rsidP="00E54169">
      <w:pPr>
        <w:pStyle w:val="ListeMaddemi"/>
        <w:spacing w:after="80" w:line="264" w:lineRule="auto"/>
      </w:pPr>
      <w:r>
        <w:t>Kesici bulunan ürünlerde ağızlar indüksiyonla sertleştirilmiş ve uygun telde temiz kesim yapacaktır.</w:t>
      </w:r>
    </w:p>
    <w:p w14:paraId="4ED803A2" w14:textId="77777777" w:rsidR="00E54169" w:rsidRDefault="00E54169" w:rsidP="00E54169">
      <w:pPr>
        <w:pStyle w:val="ListeMaddemi"/>
        <w:spacing w:after="80" w:line="264" w:lineRule="auto"/>
      </w:pPr>
      <w:r>
        <w:t>Ürünün kilitleme, ayar, tel bükme, kesme veya konnektör kavrama fonksiyonu tanımına uygun ve güvenli çalışacaktır.</w:t>
      </w:r>
    </w:p>
    <w:p w14:paraId="50103E9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53. Z Tipi PH1-PH2 Yıldız Tornavida</w:t>
      </w:r>
    </w:p>
    <w:p w14:paraId="1A3DC71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F0B01C9" w14:textId="77777777" w:rsidR="00E54169" w:rsidRDefault="00E54169" w:rsidP="00E54169">
      <w:pPr>
        <w:pStyle w:val="ListeMaddemi"/>
        <w:spacing w:after="80" w:line="264" w:lineRule="auto"/>
      </w:pPr>
      <w:r>
        <w:t>Ürün, Z Tipi PH1-PH2 Yıldız Tornavida tipinde ve belirtilen bütün ölçü, sürücü, uç/ağız, uzunluk ve parça sayısı özelliklerine sahip olacaktır.</w:t>
      </w:r>
    </w:p>
    <w:p w14:paraId="74506CB5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4C676326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35538B56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6115369C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05DCECBF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54. Z Tipi Düz Tornavida, 1 x 5,5 mm</w:t>
      </w:r>
    </w:p>
    <w:p w14:paraId="0773085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313F135" w14:textId="77777777" w:rsidR="00E54169" w:rsidRDefault="00E54169" w:rsidP="00E54169">
      <w:pPr>
        <w:pStyle w:val="ListeMaddemi"/>
        <w:spacing w:after="80" w:line="264" w:lineRule="auto"/>
      </w:pPr>
      <w:r>
        <w:t>Ürün, Z Tipi Düz Tornavida, 1 x 5,5 mm tipinde ve belirtilen bütün ölçü, sürücü, uç/ağız, uzunluk ve parça sayısı özelliklerine sahip olacaktır.</w:t>
      </w:r>
    </w:p>
    <w:p w14:paraId="0F1964E9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5C40EC46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41B52B05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5E4046BE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62E6BE63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>55. Yuvarlak Şaftlı Düz Tornavida, 3/16 x 4 inch</w:t>
      </w:r>
    </w:p>
    <w:p w14:paraId="4922D43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8347D00" w14:textId="77777777" w:rsidR="00E54169" w:rsidRDefault="00E54169" w:rsidP="00E54169">
      <w:pPr>
        <w:pStyle w:val="ListeMaddemi"/>
        <w:spacing w:after="80" w:line="264" w:lineRule="auto"/>
      </w:pPr>
      <w:r>
        <w:t>Ürün, Yuvarlak Şaftlı Düz Tornavida, 3/16 x 4 inch tipinde ve belirtilen bütün ölçü, sürücü, uç/ağız, uzunluk ve parça sayısı özelliklerine sahip olacaktır.</w:t>
      </w:r>
    </w:p>
    <w:p w14:paraId="70AC5139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1DB4EAF3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40A62DD7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42396879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2F69BBDB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56. Yuvarlak Şaftlı Keystone Düz Tornavida, 1/4 x 6 inch </w:t>
      </w:r>
    </w:p>
    <w:p w14:paraId="0658887E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D790BA4" w14:textId="4FDBF944" w:rsidR="00E54169" w:rsidRDefault="00E54169" w:rsidP="00E54169">
      <w:pPr>
        <w:pStyle w:val="ListeMaddemi"/>
        <w:spacing w:after="80" w:line="264" w:lineRule="auto"/>
      </w:pPr>
      <w:r>
        <w:t xml:space="preserve">Ürün, Yuvarlak Şaftlı Keystone Düz Tornavida, 1/4 x 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77C03917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245B0F22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546054DB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0EA436AB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4CD2012E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57. Yuvarlak Şaftlı Keystone Düz Tornavida, 5/16 x 6 inch </w:t>
      </w:r>
    </w:p>
    <w:p w14:paraId="2F84315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D663C42" w14:textId="52F1E722" w:rsidR="00E54169" w:rsidRDefault="00E54169" w:rsidP="00E54169">
      <w:pPr>
        <w:pStyle w:val="ListeMaddemi"/>
        <w:spacing w:after="80" w:line="264" w:lineRule="auto"/>
      </w:pPr>
      <w:r>
        <w:t xml:space="preserve">Ürün, Yuvarlak Şaftlı Keystone Düz Tornavida, 5/16 x 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5622A5C3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0A3E185D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0B395831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31F91051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3AF3B5F6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58. Yuvarlak Şaftlı Keystone Düz Tornavida, 3/8 x 10 inch</w:t>
      </w:r>
    </w:p>
    <w:p w14:paraId="3298839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FFD4745" w14:textId="77777777" w:rsidR="00E54169" w:rsidRDefault="00E54169" w:rsidP="00E54169">
      <w:pPr>
        <w:pStyle w:val="ListeMaddemi"/>
        <w:spacing w:after="80" w:line="264" w:lineRule="auto"/>
      </w:pPr>
      <w:r>
        <w:t>Ürün, Yuvarlak Şaftlı Keystone Düz Tornavida, 3/8 x 10 inch tipinde ve belirtilen bütün ölçü, sürücü, uç/ağız, uzunluk ve parça sayısı özelliklerine sahip olacaktır.</w:t>
      </w:r>
    </w:p>
    <w:p w14:paraId="52A3EEDE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760F9B74" w14:textId="77777777" w:rsidR="00E54169" w:rsidRDefault="00E54169" w:rsidP="00E54169">
      <w:pPr>
        <w:pStyle w:val="ListeMaddemi"/>
        <w:spacing w:after="80" w:line="264" w:lineRule="auto"/>
      </w:pPr>
      <w:r>
        <w:t>Uç geometrisi vida yuvasına tam oturacak, kayma ve bağlantı elemanına zarar verme riskini azaltacak hassasiyette olacaktır.</w:t>
      </w:r>
    </w:p>
    <w:p w14:paraId="4FCBA50E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5287E3ED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423FCCC5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59. Yuvarlak Şaftlı PH2 Yıldız Tornavida, 4 inch</w:t>
      </w:r>
    </w:p>
    <w:p w14:paraId="249F7AF5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53CD73B" w14:textId="77777777" w:rsidR="00E54169" w:rsidRDefault="00E54169" w:rsidP="00E54169">
      <w:pPr>
        <w:pStyle w:val="ListeMaddemi"/>
        <w:spacing w:after="80" w:line="264" w:lineRule="auto"/>
      </w:pPr>
      <w:r>
        <w:t>Ürün, Yuvarlak Şaftlı PH2 Yıldız Tornavida, 4 inch tipinde ve belirtilen bütün ölçü, sürücü, uç/ağız, uzunluk ve parça sayısı özelliklerine sahip olacaktır.</w:t>
      </w:r>
    </w:p>
    <w:p w14:paraId="5A19BE2F" w14:textId="77777777" w:rsidR="00E54169" w:rsidRDefault="00E54169" w:rsidP="00E54169">
      <w:pPr>
        <w:pStyle w:val="ListeMaddemi"/>
        <w:spacing w:after="80" w:line="264" w:lineRule="auto"/>
      </w:pPr>
      <w:r>
        <w:t>Bıçak yüksek dayanımlı özel alaşımlı çelikten, ısıl işlem görmüş ve korozyona dayanıklı kaplamalı olacaktır.</w:t>
      </w:r>
    </w:p>
    <w:p w14:paraId="28A2036B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Uç geometrisi vida yuvasına tam oturacak, kayma ve bağlantı elemanına zarar verme riskini azaltacak hassasiyette olacaktır.</w:t>
      </w:r>
    </w:p>
    <w:p w14:paraId="6A69DA63" w14:textId="77777777" w:rsidR="00E54169" w:rsidRDefault="00E54169" w:rsidP="00E54169">
      <w:pPr>
        <w:pStyle w:val="ListeMaddemi"/>
        <w:spacing w:after="80" w:line="264" w:lineRule="auto"/>
      </w:pPr>
      <w:r>
        <w:t>Sap ergonomik, kaymaz, yağa ve yaygın atölye kimyasallarına dayanıklı olacaktır.</w:t>
      </w:r>
    </w:p>
    <w:p w14:paraId="79EC02D8" w14:textId="77777777" w:rsidR="00E54169" w:rsidRDefault="00E54169" w:rsidP="00E54169">
      <w:pPr>
        <w:pStyle w:val="ListeMaddemi"/>
        <w:spacing w:after="80" w:line="264" w:lineRule="auto"/>
      </w:pPr>
      <w:r>
        <w:t>Uç tipi ve ölçüsü sap üzerinde kalıcı ve kolay okunabilir biçimde işaretlenecektir.</w:t>
      </w:r>
    </w:p>
    <w:p w14:paraId="6E36147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60. 13 Parça Uzun İnç Alyan Anahtar Seti</w:t>
      </w:r>
    </w:p>
    <w:p w14:paraId="2BBC577A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3749DFD" w14:textId="77777777" w:rsidR="00E54169" w:rsidRDefault="00E54169" w:rsidP="00E54169">
      <w:pPr>
        <w:pStyle w:val="ListeMaddemi"/>
        <w:spacing w:after="80" w:line="264" w:lineRule="auto"/>
      </w:pPr>
      <w:r>
        <w:t>Ürün, 13 Parça Uzun İnç Alyan Anahtar Seti tipinde ve belirtilen bütün ölçü, sürücü, uç/ağız, uzunluk ve parça sayısı özelliklerine sahip olacaktır.</w:t>
      </w:r>
    </w:p>
    <w:p w14:paraId="5BDDD55D" w14:textId="77777777" w:rsidR="00E54169" w:rsidRDefault="00E54169" w:rsidP="00E54169">
      <w:pPr>
        <w:pStyle w:val="ListeMaddemi"/>
        <w:spacing w:after="80" w:line="264" w:lineRule="auto"/>
      </w:pPr>
      <w:r>
        <w:t>Set .050-3/8 inch aralığındaki 13 standart inç ölçüyü içerecektir.</w:t>
      </w:r>
    </w:p>
    <w:p w14:paraId="684F44B2" w14:textId="77777777" w:rsidR="00E54169" w:rsidRDefault="00E54169" w:rsidP="00E54169">
      <w:pPr>
        <w:pStyle w:val="ListeMaddemi"/>
        <w:spacing w:after="80" w:line="264" w:lineRule="auto"/>
      </w:pPr>
      <w:r>
        <w:t>Anahtarlar ısıl işlem görmüş yüksek mukavemetli alaşımlı çelikten ve korozyona dayanıklı yüzeyli olacaktır.</w:t>
      </w:r>
    </w:p>
    <w:p w14:paraId="440B60CB" w14:textId="77777777" w:rsidR="00E54169" w:rsidRDefault="00E54169" w:rsidP="00E54169">
      <w:pPr>
        <w:pStyle w:val="ListeMaddemi"/>
        <w:spacing w:after="80" w:line="264" w:lineRule="auto"/>
      </w:pPr>
      <w:r>
        <w:t>Uçlar bağlantı elemanına tam oturacak ölçü hassasiyetinde olacaktır.</w:t>
      </w:r>
    </w:p>
    <w:p w14:paraId="038D1674" w14:textId="77777777" w:rsidR="00E54169" w:rsidRDefault="00E54169" w:rsidP="00E54169">
      <w:pPr>
        <w:pStyle w:val="ListeMaddemi"/>
        <w:spacing w:after="80" w:line="264" w:lineRule="auto"/>
      </w:pPr>
      <w:r>
        <w:t>Her anahtar ölçüsü kalıcı işaretli ve set ölçü sıralı düzenleyici tutucu içinde olacaktır.</w:t>
      </w:r>
    </w:p>
    <w:p w14:paraId="56A3174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61. Cırcırlı Standart Tornavida, 8-3/4 inch</w:t>
      </w:r>
    </w:p>
    <w:p w14:paraId="49C13FBC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5B6DE93" w14:textId="77777777" w:rsidR="00E54169" w:rsidRDefault="00E54169" w:rsidP="00E54169">
      <w:pPr>
        <w:pStyle w:val="ListeMaddemi"/>
        <w:spacing w:after="80" w:line="264" w:lineRule="auto"/>
      </w:pPr>
      <w:r>
        <w:t>Ürün, Cırcırlı Standart Tornavida, 8-3/4 inch tipinde ve belirtilen bütün ölçü, sürücü, uç/ağız, uzunluk ve parça sayısı özelliklerine sahip olacaktır.</w:t>
      </w:r>
    </w:p>
    <w:p w14:paraId="238567A0" w14:textId="77777777" w:rsidR="00E54169" w:rsidRDefault="00E54169" w:rsidP="00E54169">
      <w:pPr>
        <w:pStyle w:val="ListeMaddemi"/>
        <w:spacing w:after="80" w:line="264" w:lineRule="auto"/>
      </w:pPr>
      <w:r>
        <w:t>Standart 1/4 inch altıgen tornavida uçlarıyla uyumlu ve ucu güvenle tutan mıknatıs/kilitleme mekanizmalı olacaktır.</w:t>
      </w:r>
    </w:p>
    <w:p w14:paraId="4FE51DC5" w14:textId="77777777" w:rsidR="00E54169" w:rsidRDefault="00E54169" w:rsidP="00E54169">
      <w:pPr>
        <w:pStyle w:val="ListeMaddemi"/>
        <w:spacing w:after="80" w:line="264" w:lineRule="auto"/>
      </w:pPr>
      <w:r>
        <w:t>Cırcır mekanizması sağ, sol ve sabit konumlu; düşük geri dönüş açılı ve yük altında atlamayan yapıda olacaktır.</w:t>
      </w:r>
    </w:p>
    <w:p w14:paraId="23B3F4B2" w14:textId="77777777" w:rsidR="00E54169" w:rsidRDefault="00E54169" w:rsidP="00E54169">
      <w:pPr>
        <w:pStyle w:val="ListeMaddemi"/>
        <w:spacing w:after="80" w:line="264" w:lineRule="auto"/>
      </w:pPr>
      <w:r>
        <w:t>Gövde/şaft ısıl işlem görmüş alaşımlı çelikten; sap ergonomik, kaymaz ve atölye kimyasallarına dayanıklı olacaktır.</w:t>
      </w:r>
    </w:p>
    <w:p w14:paraId="49BF1A3E" w14:textId="77777777" w:rsidR="00E54169" w:rsidRDefault="00E54169" w:rsidP="00E54169">
      <w:pPr>
        <w:pStyle w:val="ListeMaddemi"/>
        <w:spacing w:after="80" w:line="264" w:lineRule="auto"/>
      </w:pPr>
      <w:r>
        <w:t>Uç değişimi aletsiz ve kolay yapılacak; mekanizma tekrarlı profesyonel kullanıma uygun olacaktır.</w:t>
      </w:r>
    </w:p>
    <w:p w14:paraId="435EA499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62. Cırcırlı Manyetik Avuç İçi Tornavida, 4-5/16 inch </w:t>
      </w:r>
    </w:p>
    <w:p w14:paraId="20DD66E3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8C0DC1E" w14:textId="12FCEA9B" w:rsidR="00E54169" w:rsidRDefault="00E54169" w:rsidP="00E54169">
      <w:pPr>
        <w:pStyle w:val="ListeMaddemi"/>
        <w:spacing w:after="80" w:line="264" w:lineRule="auto"/>
      </w:pPr>
      <w:r>
        <w:t xml:space="preserve">Ürün, Cırcırlı Manyetik Avuç İçi Tornavida, 4-5/16 </w:t>
      </w:r>
      <w:r w:rsidR="002D7E40">
        <w:t>inch tipinde</w:t>
      </w:r>
      <w:r>
        <w:t xml:space="preserve"> ve belirtilen bütün ölçü, sürücü, uç/ağız, uzunluk ve parça sayısı özelliklerine sahip olacaktır.</w:t>
      </w:r>
    </w:p>
    <w:p w14:paraId="49C959F1" w14:textId="77777777" w:rsidR="00E54169" w:rsidRDefault="00E54169" w:rsidP="00E54169">
      <w:pPr>
        <w:pStyle w:val="ListeMaddemi"/>
        <w:spacing w:after="80" w:line="264" w:lineRule="auto"/>
      </w:pPr>
      <w:r>
        <w:t>Standart 1/4 inch altıgen tornavida uçlarıyla uyumlu ve ucu güvenle tutan mıknatıs/kilitleme mekanizmalı olacaktır.</w:t>
      </w:r>
    </w:p>
    <w:p w14:paraId="4C8C53BB" w14:textId="77777777" w:rsidR="00E54169" w:rsidRDefault="00E54169" w:rsidP="00E54169">
      <w:pPr>
        <w:pStyle w:val="ListeMaddemi"/>
        <w:spacing w:after="80" w:line="264" w:lineRule="auto"/>
      </w:pPr>
      <w:r>
        <w:t>Cırcır mekanizması sağ, sol ve sabit konumlu; düşük geri dönüş açılı ve yük altında atlamayan yapıda olacaktır.</w:t>
      </w:r>
    </w:p>
    <w:p w14:paraId="3E751D54" w14:textId="77777777" w:rsidR="00E54169" w:rsidRDefault="00E54169" w:rsidP="00E54169">
      <w:pPr>
        <w:pStyle w:val="ListeMaddemi"/>
        <w:spacing w:after="80" w:line="264" w:lineRule="auto"/>
      </w:pPr>
      <w:r>
        <w:t>Gövde/şaft ısıl işlem görmüş alaşımlı çelikten; sap ergonomik, kaymaz ve atölye kimyasallarına dayanıklı olacaktır.</w:t>
      </w:r>
    </w:p>
    <w:p w14:paraId="2DF2E4AD" w14:textId="77777777" w:rsidR="00E54169" w:rsidRDefault="00E54169" w:rsidP="00E54169">
      <w:pPr>
        <w:pStyle w:val="ListeMaddemi"/>
        <w:spacing w:after="80" w:line="264" w:lineRule="auto"/>
      </w:pPr>
      <w:r>
        <w:t>Uç değişimi aletsiz ve kolay yapılacak; mekanizma tekrarlı profesyonel kullanıma uygun olacaktır.</w:t>
      </w:r>
    </w:p>
    <w:p w14:paraId="5A3B8D6C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63. Bilyalı Tesviyeci Çekici, 12 oz</w:t>
      </w:r>
    </w:p>
    <w:p w14:paraId="39AD5A80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A75BA6A" w14:textId="77777777" w:rsidR="00E54169" w:rsidRDefault="00E54169" w:rsidP="00E54169">
      <w:pPr>
        <w:pStyle w:val="ListeMaddemi"/>
        <w:spacing w:after="80" w:line="264" w:lineRule="auto"/>
      </w:pPr>
      <w:r>
        <w:t>Ürün, Bilyalı Tesviyeci Çekici, 12 oz tipinde ve belirtilen bütün ölçü, sürücü, uç/ağız, uzunluk ve parça sayısı özelliklerine sahip olacaktır.</w:t>
      </w:r>
    </w:p>
    <w:p w14:paraId="217D4D26" w14:textId="77777777" w:rsidR="00E54169" w:rsidRDefault="00E54169" w:rsidP="00E54169">
      <w:pPr>
        <w:pStyle w:val="ListeMaddemi"/>
        <w:spacing w:after="80" w:line="264" w:lineRule="auto"/>
      </w:pPr>
      <w:r>
        <w:t>Başlık uygun sertlikte takım çeliğinden, dengeli ve yüzey kusursuz olacaktır.</w:t>
      </w:r>
    </w:p>
    <w:p w14:paraId="5F058012" w14:textId="77777777" w:rsidR="00E54169" w:rsidRDefault="00E54169" w:rsidP="00E54169">
      <w:pPr>
        <w:pStyle w:val="ListeMaddemi"/>
        <w:spacing w:after="80" w:line="264" w:lineRule="auto"/>
      </w:pPr>
      <w:r>
        <w:t>Vurma yüzeyi düzgün, kenarlar çapaksız; bilyalı uç şekillendirme işlerine uygun olacaktır.</w:t>
      </w:r>
    </w:p>
    <w:p w14:paraId="710F2780" w14:textId="77777777" w:rsidR="00E54169" w:rsidRDefault="00E54169" w:rsidP="00E54169">
      <w:pPr>
        <w:pStyle w:val="ListeMaddemi"/>
        <w:spacing w:after="80" w:line="264" w:lineRule="auto"/>
      </w:pPr>
      <w:r>
        <w:t>Sap darbeyi sönümleyen, ergonomik, kaymaz ve başlığa güvenli sabitlenmiş olacaktır.</w:t>
      </w:r>
    </w:p>
    <w:p w14:paraId="6D6B4817" w14:textId="77777777" w:rsidR="00E54169" w:rsidRDefault="00E54169" w:rsidP="00E54169">
      <w:pPr>
        <w:pStyle w:val="ListeMaddemi"/>
        <w:spacing w:after="80" w:line="264" w:lineRule="auto"/>
      </w:pPr>
      <w:r>
        <w:t>Başlık ile sap arasında boşluk bulunmayacak; ürün profesyonel kullanıma uygun olacaktır.</w:t>
      </w:r>
    </w:p>
    <w:p w14:paraId="47B99E74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lastRenderedPageBreak/>
        <w:t>64. Plastik Başlı Çekiç, 35 mm</w:t>
      </w:r>
    </w:p>
    <w:p w14:paraId="3700AAF9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FABDC56" w14:textId="77777777" w:rsidR="00E54169" w:rsidRDefault="00E54169" w:rsidP="00E54169">
      <w:pPr>
        <w:pStyle w:val="ListeMaddemi"/>
        <w:spacing w:after="80" w:line="264" w:lineRule="auto"/>
      </w:pPr>
      <w:r>
        <w:t>Ürün, Plastik Başlı Çekiç, 35 mm tipinde ve belirtilen bütün ölçü, sürücü, uç/ağız, uzunluk ve parça sayısı özelliklerine sahip olacaktır.</w:t>
      </w:r>
    </w:p>
    <w:p w14:paraId="6F30ACD3" w14:textId="77777777" w:rsidR="00E54169" w:rsidRDefault="00E54169" w:rsidP="00E54169">
      <w:pPr>
        <w:pStyle w:val="ListeMaddemi"/>
        <w:spacing w:after="80" w:line="264" w:lineRule="auto"/>
      </w:pPr>
      <w:r>
        <w:t>Vurma başlıkları parçaya iz bırakmayı azaltan darbe dayanımlı mühendislik plastiğinden olacaktır.</w:t>
      </w:r>
    </w:p>
    <w:p w14:paraId="396315D6" w14:textId="77777777" w:rsidR="00E54169" w:rsidRDefault="00E54169" w:rsidP="00E54169">
      <w:pPr>
        <w:pStyle w:val="ListeMaddemi"/>
        <w:spacing w:after="80" w:line="264" w:lineRule="auto"/>
      </w:pPr>
      <w:r>
        <w:t>Başlıklar gevşemeyecek ve gerektiğinde değiştirilebilir yapıda olacaktır.</w:t>
      </w:r>
    </w:p>
    <w:p w14:paraId="29497DE6" w14:textId="77777777" w:rsidR="00E54169" w:rsidRDefault="00E54169" w:rsidP="00E54169">
      <w:pPr>
        <w:pStyle w:val="ListeMaddemi"/>
        <w:spacing w:after="80" w:line="264" w:lineRule="auto"/>
      </w:pPr>
      <w:r>
        <w:t>Gövde/sap darbe yüküne dayanıklı, dengeli, ergonomik ve kaymaz olacaktır.</w:t>
      </w:r>
    </w:p>
    <w:p w14:paraId="036F9B27" w14:textId="77777777" w:rsidR="00E54169" w:rsidRDefault="00E54169" w:rsidP="00E54169">
      <w:pPr>
        <w:pStyle w:val="ListeMaddemi"/>
        <w:spacing w:after="80" w:line="264" w:lineRule="auto"/>
      </w:pPr>
      <w:r>
        <w:t>Vurma yüzeyleri düzgün, çapaksız ve deformasyonsuz olacaktır.</w:t>
      </w:r>
    </w:p>
    <w:p w14:paraId="6B9FDC4A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65. 5 Parça Zımba ve Keski Seti</w:t>
      </w:r>
    </w:p>
    <w:p w14:paraId="6ED2FAC4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EEB2305" w14:textId="77777777" w:rsidR="00E54169" w:rsidRDefault="00E54169" w:rsidP="00E54169">
      <w:pPr>
        <w:pStyle w:val="ListeMaddemi"/>
        <w:spacing w:after="80" w:line="264" w:lineRule="auto"/>
      </w:pPr>
      <w:r>
        <w:t>Ürün, 5 Parça Zımba ve Keski Seti tipinde ve belirtilen bütün ölçü, sürücü, uç/ağız, uzunluk ve parça sayısı özelliklerine sahip olacaktır.</w:t>
      </w:r>
    </w:p>
    <w:p w14:paraId="0DAB4D5D" w14:textId="77777777" w:rsidR="00E54169" w:rsidRDefault="00E54169" w:rsidP="00E54169">
      <w:pPr>
        <w:pStyle w:val="ListeMaddemi"/>
        <w:spacing w:after="80" w:line="264" w:lineRule="auto"/>
      </w:pPr>
      <w:r>
        <w:t>Set en az beş farklı zımba/keskiyi ölçü sıralı taşıyıcı içinde içerecektir.</w:t>
      </w:r>
    </w:p>
    <w:p w14:paraId="7FC39464" w14:textId="77777777" w:rsidR="00E54169" w:rsidRDefault="00E54169" w:rsidP="00E54169">
      <w:pPr>
        <w:pStyle w:val="ListeMaddemi"/>
        <w:spacing w:after="80" w:line="264" w:lineRule="auto"/>
      </w:pPr>
      <w:r>
        <w:t>Parçalar yüksek karbonlu takım çeliğinden dövülmüş, ısıl işlem görmüş ve çalışma uçları uygun sertlikte olacaktır.</w:t>
      </w:r>
    </w:p>
    <w:p w14:paraId="0D20B598" w14:textId="77777777" w:rsidR="00E54169" w:rsidRDefault="00E54169" w:rsidP="00E54169">
      <w:pPr>
        <w:pStyle w:val="ListeMaddemi"/>
        <w:spacing w:after="80" w:line="264" w:lineRule="auto"/>
      </w:pPr>
      <w:r>
        <w:t>Vurma başlarında mantarlaşma, çatlak veya çapak; kesici/uç kısımlarda taşlama hatası bulunmayacaktır.</w:t>
      </w:r>
    </w:p>
    <w:p w14:paraId="3AE34609" w14:textId="77777777" w:rsidR="00E54169" w:rsidRDefault="00E54169" w:rsidP="00E54169">
      <w:pPr>
        <w:pStyle w:val="ListeMaddemi"/>
        <w:spacing w:after="80" w:line="264" w:lineRule="auto"/>
      </w:pPr>
      <w:r>
        <w:t>Her parça ölçüsü/tipi kalıcı işaretlenecek ve set profesyonel kullanıma uygun olacaktır.</w:t>
      </w:r>
    </w:p>
    <w:p w14:paraId="3C029B7D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66. Teleskopik Kontrol Aynası, 2-1/4 inch</w:t>
      </w:r>
    </w:p>
    <w:p w14:paraId="4B13EA8B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619B20F" w14:textId="77777777" w:rsidR="00E54169" w:rsidRDefault="00E54169" w:rsidP="00E54169">
      <w:pPr>
        <w:pStyle w:val="ListeMaddemi"/>
        <w:spacing w:after="80" w:line="264" w:lineRule="auto"/>
      </w:pPr>
      <w:r>
        <w:t>Ürün, Teleskopik Kontrol Aynası, 2-1/4 inch tipinde ve belirtilen bütün ölçü, sürücü, uç/ağız, uzunluk ve parça sayısı özelliklerine sahip olacaktır.</w:t>
      </w:r>
    </w:p>
    <w:p w14:paraId="32D0C1F1" w14:textId="77777777" w:rsidR="00E54169" w:rsidRDefault="00E54169" w:rsidP="00E54169">
      <w:pPr>
        <w:pStyle w:val="ListeMaddemi"/>
        <w:spacing w:after="80" w:line="264" w:lineRule="auto"/>
      </w:pPr>
      <w:r>
        <w:t>Ayna görüntüyü bozmayacak optik kalitede ve korozyona dayanıklı çerçeve içinde olacaktır.</w:t>
      </w:r>
    </w:p>
    <w:p w14:paraId="0DAD01E3" w14:textId="77777777" w:rsidR="00E54169" w:rsidRDefault="00E54169" w:rsidP="00E54169">
      <w:pPr>
        <w:pStyle w:val="ListeMaddemi"/>
        <w:spacing w:after="80" w:line="264" w:lineRule="auto"/>
      </w:pPr>
      <w:r>
        <w:t>Teleskopik sap istenen uzunlukta sabitlenebilecek; mafsal ayna açısını ayarlayıp konumunu koruyacaktır.</w:t>
      </w:r>
    </w:p>
    <w:p w14:paraId="412E11F2" w14:textId="77777777" w:rsidR="00E54169" w:rsidRDefault="00E54169" w:rsidP="00E54169">
      <w:pPr>
        <w:pStyle w:val="ListeMaddemi"/>
        <w:spacing w:after="80" w:line="264" w:lineRule="auto"/>
      </w:pPr>
      <w:r>
        <w:t>Sap kaymaz tutuşlu ve dar alanlara erişime uygun olacaktır.</w:t>
      </w:r>
    </w:p>
    <w:p w14:paraId="1F733866" w14:textId="77777777" w:rsidR="00E54169" w:rsidRDefault="00E54169" w:rsidP="00E54169">
      <w:pPr>
        <w:pStyle w:val="ListeMaddemi"/>
        <w:spacing w:after="80" w:line="264" w:lineRule="auto"/>
      </w:pPr>
      <w:r>
        <w:t>Ayna yüzeyi çiziksiz, çatlağı bulunmadan koruyucu ambalajda teslim edilecektir.</w:t>
      </w:r>
    </w:p>
    <w:p w14:paraId="22475F79" w14:textId="541FB36F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 xml:space="preserve">67. Esnek Mekanik Parça Yakalama Aparatı </w:t>
      </w:r>
      <w:r w:rsidR="00EE7046" w:rsidRPr="00B030BF">
        <w:rPr>
          <w:color w:val="215868" w:themeColor="accent5" w:themeShade="80"/>
          <w:sz w:val="22"/>
          <w:szCs w:val="22"/>
        </w:rPr>
        <w:t>“Teknisyen</w:t>
      </w:r>
      <w:r w:rsidRPr="00B030BF">
        <w:rPr>
          <w:color w:val="215868" w:themeColor="accent5" w:themeShade="80"/>
          <w:sz w:val="22"/>
          <w:szCs w:val="22"/>
        </w:rPr>
        <w:t xml:space="preserve"> Tırnağı”</w:t>
      </w:r>
    </w:p>
    <w:p w14:paraId="27266433" w14:textId="77777777" w:rsidR="00E54169" w:rsidRPr="008C0E0A" w:rsidRDefault="00E54169" w:rsidP="00E54169">
      <w:pPr>
        <w:keepNext/>
      </w:pPr>
      <w:r w:rsidRPr="008C0E0A">
        <w:rPr>
          <w:b/>
          <w:color w:val="1F4D78"/>
        </w:rPr>
        <w:t>Bu kalem aşağıdaki teknik şartların tamamını karşılayacaktır.</w:t>
      </w:r>
    </w:p>
    <w:p w14:paraId="06DEB7B2" w14:textId="77777777" w:rsidR="00E54169" w:rsidRDefault="00E54169" w:rsidP="00E54169">
      <w:pPr>
        <w:pStyle w:val="ListeMaddemi"/>
        <w:spacing w:after="80" w:line="264" w:lineRule="auto"/>
      </w:pPr>
      <w:r>
        <w:t>Ürün, Esnek Mekanik Parça Yakalama Aparatı tipinde ve belirtilen bütün ölçü, sürücü, uç/ağız, uzunluk ve parça sayısı özelliklerine sahip olacaktır.</w:t>
      </w:r>
    </w:p>
    <w:p w14:paraId="2939DFDD" w14:textId="77777777" w:rsidR="00E54169" w:rsidRDefault="00E54169" w:rsidP="00E54169">
      <w:pPr>
        <w:pStyle w:val="ListeMaddemi"/>
        <w:spacing w:after="80" w:line="264" w:lineRule="auto"/>
      </w:pPr>
      <w:r>
        <w:t>Esnek gövde dar ve kıvrımlı alanlarda yönlendirilebilecek ve bırakıldığında kullanım dışı kalıcı deformasyon göstermeyecektir.</w:t>
      </w:r>
    </w:p>
    <w:p w14:paraId="2C4DDD9B" w14:textId="77777777" w:rsidR="00E54169" w:rsidRDefault="00E54169" w:rsidP="00E54169">
      <w:pPr>
        <w:pStyle w:val="ListeMaddemi"/>
        <w:spacing w:after="80" w:line="264" w:lineRule="auto"/>
      </w:pPr>
      <w:r>
        <w:t>Uçta küçük parça ve kabloları kavrayan, sap üzerinden kumanda edilen mekanik çene bulunacaktır.</w:t>
      </w:r>
    </w:p>
    <w:p w14:paraId="423B3F40" w14:textId="77777777" w:rsidR="00E54169" w:rsidRDefault="00E54169" w:rsidP="00E54169">
      <w:pPr>
        <w:pStyle w:val="ListeMaddemi"/>
        <w:spacing w:after="80" w:line="264" w:lineRule="auto"/>
      </w:pPr>
      <w:r>
        <w:t>Kumanda/tutma sapı ergonomik, bağlantılar gevşemeye karşı dayanıklı olacaktır.</w:t>
      </w:r>
    </w:p>
    <w:p w14:paraId="75F66013" w14:textId="77777777" w:rsidR="00E54169" w:rsidRDefault="00E54169" w:rsidP="00E54169">
      <w:pPr>
        <w:pStyle w:val="ListeMaddemi"/>
        <w:spacing w:after="80" w:line="264" w:lineRule="auto"/>
      </w:pPr>
      <w:r>
        <w:t>Uç ve gövde korozyona dayanıklı ve FOD riski oluşturmayacak güvenli yapıda olacaktır.</w:t>
      </w:r>
    </w:p>
    <w:p w14:paraId="07D0B357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</w:rPr>
      </w:pPr>
      <w:r w:rsidRPr="00B030BF">
        <w:rPr>
          <w:color w:val="215868" w:themeColor="accent5" w:themeShade="80"/>
          <w:sz w:val="22"/>
          <w:szCs w:val="22"/>
        </w:rPr>
        <w:t>68. Esnek Manyetik Parça Yakalama Aparatı</w:t>
      </w:r>
    </w:p>
    <w:p w14:paraId="6C7CBC96" w14:textId="77777777" w:rsidR="00E54169" w:rsidRDefault="00E54169" w:rsidP="00E54169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85BB83D" w14:textId="77777777" w:rsidR="00E54169" w:rsidRDefault="00E54169" w:rsidP="00E54169">
      <w:pPr>
        <w:pStyle w:val="ListeMaddemi"/>
        <w:spacing w:after="80" w:line="264" w:lineRule="auto"/>
      </w:pPr>
      <w:r>
        <w:t>Ürün, Esnek Manyetik Parça Yakalama Aparatı tipinde ve belirtilen bütün ölçü, sürücü, uç/ağız, uzunluk ve parça sayısı özelliklerine sahip olacaktır.</w:t>
      </w:r>
    </w:p>
    <w:p w14:paraId="41B7A572" w14:textId="77777777" w:rsidR="00E54169" w:rsidRDefault="00E54169" w:rsidP="00E54169">
      <w:pPr>
        <w:pStyle w:val="ListeMaddemi"/>
        <w:spacing w:after="80" w:line="264" w:lineRule="auto"/>
      </w:pPr>
      <w:r>
        <w:t>Esnek gövde dar ve kıvrımlı alanlarda yönlendirilebilecek ve bırakıldığında kullanım dışı kalıcı deformasyon göstermeyecektir.</w:t>
      </w:r>
    </w:p>
    <w:p w14:paraId="3D52E37A" w14:textId="77777777" w:rsidR="00E54169" w:rsidRDefault="00E54169" w:rsidP="00E54169">
      <w:pPr>
        <w:pStyle w:val="ListeMaddemi"/>
        <w:spacing w:after="80" w:line="264" w:lineRule="auto"/>
      </w:pPr>
      <w:r>
        <w:lastRenderedPageBreak/>
        <w:t>Uçta küçük ferromanyetik parçaları güvenle kaldıracak kalıcı mıknatıs bulunacaktır.</w:t>
      </w:r>
    </w:p>
    <w:p w14:paraId="2FED89BA" w14:textId="77777777" w:rsidR="00E54169" w:rsidRDefault="00E54169" w:rsidP="00E54169">
      <w:pPr>
        <w:pStyle w:val="ListeMaddemi"/>
        <w:spacing w:after="80" w:line="264" w:lineRule="auto"/>
      </w:pPr>
      <w:r>
        <w:t>Kumanda/tutma sapı ergonomik, bağlantılar gevşemeye karşı dayanıklı olacaktır.</w:t>
      </w:r>
    </w:p>
    <w:p w14:paraId="46C96635" w14:textId="77777777" w:rsidR="00E54169" w:rsidRDefault="00E54169" w:rsidP="00E54169">
      <w:pPr>
        <w:pStyle w:val="ListeMaddemi"/>
        <w:spacing w:after="80" w:line="264" w:lineRule="auto"/>
      </w:pPr>
      <w:r>
        <w:t>Uç ve gövde korozyona dayanıklı ve FOD riski oluşturmayacak güvenli yapıda olacaktır.</w:t>
      </w:r>
    </w:p>
    <w:p w14:paraId="3762DD97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B030BF">
        <w:rPr>
          <w:color w:val="215868" w:themeColor="accent5" w:themeShade="80"/>
          <w:sz w:val="22"/>
          <w:szCs w:val="22"/>
          <w:lang w:val="da-DK"/>
        </w:rPr>
        <w:t>69. Odaklanabilir LED El Feneri, En Az 200 Lümen</w:t>
      </w:r>
    </w:p>
    <w:p w14:paraId="66DBB7A1" w14:textId="77777777" w:rsidR="00E54169" w:rsidRPr="0065135C" w:rsidRDefault="00E54169" w:rsidP="00E54169">
      <w:pPr>
        <w:keepNext/>
        <w:rPr>
          <w:lang w:val="da-DK"/>
        </w:rPr>
      </w:pPr>
      <w:r w:rsidRPr="0065135C">
        <w:rPr>
          <w:b/>
          <w:color w:val="1F4D78"/>
          <w:lang w:val="da-DK"/>
        </w:rPr>
        <w:t>Bu kalem aşağıdaki teknik şartların tamamını karşılayacaktır.</w:t>
      </w:r>
    </w:p>
    <w:p w14:paraId="16208A29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Ürün, Odaklanabilir LED El Feneri, En Az 200 Lümen tipinde ve belirtilen bütün ölçü, sürücü, uç/ağız, uzunluk ve parça sayısı özelliklerine sahip olacaktır.</w:t>
      </w:r>
    </w:p>
    <w:p w14:paraId="7961053B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Işık çıkışı en az 200 lümen, ışık kaynağı uzun ömürlü beyaz LED olacaktır.</w:t>
      </w:r>
    </w:p>
    <w:p w14:paraId="1A12AD6F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Geniş alan ve odaklanmış uzun menzil aydınlatması arasında ayarlanabilir odak sistemi bulunacaktır.</w:t>
      </w:r>
    </w:p>
    <w:p w14:paraId="59943EAF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Gövde darbeye/korozyona dayanıklı, kaymaz tutuşlu ve saha kullanımına uygun olacaktır.</w:t>
      </w:r>
    </w:p>
    <w:p w14:paraId="2735A4BB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Ürün pilleriyle birlikte çalışır durumda teslim edilecektir.</w:t>
      </w:r>
    </w:p>
    <w:p w14:paraId="4FFD55A7" w14:textId="77777777" w:rsidR="00E54169" w:rsidRPr="00B030BF" w:rsidRDefault="00E54169" w:rsidP="00E54169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B030BF">
        <w:rPr>
          <w:color w:val="215868" w:themeColor="accent5" w:themeShade="80"/>
          <w:sz w:val="22"/>
          <w:szCs w:val="22"/>
          <w:lang w:val="da-DK"/>
        </w:rPr>
        <w:t>70. Taşınabilir Su Geçirmez Sert Takım Çantası</w:t>
      </w:r>
    </w:p>
    <w:p w14:paraId="44CBB897" w14:textId="77777777" w:rsidR="00E54169" w:rsidRPr="0065135C" w:rsidRDefault="00E54169" w:rsidP="00E54169">
      <w:pPr>
        <w:keepNext/>
        <w:rPr>
          <w:lang w:val="da-DK"/>
        </w:rPr>
      </w:pPr>
      <w:r w:rsidRPr="0065135C">
        <w:rPr>
          <w:b/>
          <w:color w:val="1F4D78"/>
          <w:lang w:val="da-DK"/>
        </w:rPr>
        <w:t>Bu kalem aşağıdaki teknik şartların tamamını karşılayacaktır.</w:t>
      </w:r>
    </w:p>
    <w:p w14:paraId="5675594A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Ürün, Taşınabilir Su Geçirmez Sert Takım Çantası tipinde ve belirtilen bütün ölçü, sürücü, uç/ağız, uzunluk ve parça sayısı özelliklerine sahip olacaktır.</w:t>
      </w:r>
    </w:p>
    <w:p w14:paraId="6EEF3CF4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Gövde kopolimer polipropilen veya eşdeğer yüksek dayanımlı malzemeden, su/toz geçirmez ve darbe dayanımlı olacaktır.</w:t>
      </w:r>
    </w:p>
    <w:p w14:paraId="6B024B02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Kapak çevresinde sızdırmaz conta, basınç dengeleme valfi, güvenli mandallar ve asma kilit uygulamasına uygun yuvalar bulunacaktır.</w:t>
      </w:r>
    </w:p>
    <w:p w14:paraId="52047AFF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İç kısım listedeki aletlere özel, iki renkli kapalı hücreli EVA köpük yuvalarla FOD kontrollü biçimde düzenlenecektir.</w:t>
      </w:r>
    </w:p>
    <w:p w14:paraId="10EF5870" w14:textId="77777777" w:rsidR="00E54169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Her yuva alet adı/ölçüsüyle kalıcı işaretlenecek; çanta kapalıyken aletler yuvalarından çıkmayacaktır.</w:t>
      </w:r>
    </w:p>
    <w:p w14:paraId="35666C53" w14:textId="77777777" w:rsidR="002D7E40" w:rsidRDefault="002D7E40" w:rsidP="00E54169">
      <w:pPr>
        <w:pStyle w:val="Balk1"/>
        <w:rPr>
          <w:color w:val="215868" w:themeColor="accent5" w:themeShade="80"/>
          <w:sz w:val="22"/>
          <w:szCs w:val="22"/>
        </w:rPr>
      </w:pPr>
    </w:p>
    <w:p w14:paraId="7FA7834F" w14:textId="718278EF" w:rsidR="00E54169" w:rsidRPr="00753961" w:rsidRDefault="00E54169" w:rsidP="00E54169">
      <w:pPr>
        <w:pStyle w:val="Balk1"/>
        <w:rPr>
          <w:color w:val="215868" w:themeColor="accent5" w:themeShade="80"/>
          <w:sz w:val="22"/>
          <w:szCs w:val="22"/>
        </w:rPr>
      </w:pPr>
      <w:r w:rsidRPr="00753961">
        <w:rPr>
          <w:color w:val="215868" w:themeColor="accent5" w:themeShade="80"/>
          <w:sz w:val="22"/>
          <w:szCs w:val="22"/>
        </w:rPr>
        <w:t>Kontrol ve Kabul</w:t>
      </w:r>
    </w:p>
    <w:p w14:paraId="58657CD0" w14:textId="77777777" w:rsidR="00E54169" w:rsidRDefault="00E54169" w:rsidP="00E54169">
      <w:pPr>
        <w:pStyle w:val="ListeMaddemi"/>
        <w:spacing w:after="80" w:line="264" w:lineRule="auto"/>
      </w:pPr>
      <w:r>
        <w:t>Ürünler listeye göre %100 sayılacak ve her kalemin ölçüsü, tipi ve fonksiyonu kontrol edilecektir.</w:t>
      </w:r>
    </w:p>
    <w:p w14:paraId="48720F01" w14:textId="77777777" w:rsidR="00E54169" w:rsidRDefault="00E54169" w:rsidP="00E54169">
      <w:pPr>
        <w:pStyle w:val="ListeMaddemi"/>
        <w:spacing w:after="80" w:line="264" w:lineRule="auto"/>
      </w:pPr>
      <w:r>
        <w:t>Cırcır, mafsal, kesici, bükme, kilitleme ve kavrama mekanizmaları uygun numune üzerinde işlev testine tabi tutulacaktır.</w:t>
      </w:r>
    </w:p>
    <w:p w14:paraId="5AB6723A" w14:textId="77777777" w:rsidR="00E54169" w:rsidRDefault="00E54169" w:rsidP="00E54169">
      <w:pPr>
        <w:pStyle w:val="ListeMaddemi"/>
        <w:spacing w:after="80" w:line="264" w:lineRule="auto"/>
      </w:pPr>
      <w:r>
        <w:t>Her alet kendisine özel ve kalıcı işaretli köpük yuvaya tam oturacak; eksiklik kontrast renk üzerinden fark edilecektir.</w:t>
      </w:r>
    </w:p>
    <w:p w14:paraId="2449053F" w14:textId="77777777" w:rsidR="00E54169" w:rsidRDefault="00E54169" w:rsidP="00E54169">
      <w:pPr>
        <w:pStyle w:val="ListeMaddemi"/>
        <w:spacing w:after="80" w:line="264" w:lineRule="auto"/>
      </w:pPr>
      <w:r>
        <w:t>Uygunsuz ürünler yüklenici tarafından ilave maliyet oluşturmadan yenileriyle değiştirilecektir.</w:t>
      </w:r>
    </w:p>
    <w:p w14:paraId="205B0420" w14:textId="77777777" w:rsidR="00E54169" w:rsidRPr="00753961" w:rsidRDefault="00E54169" w:rsidP="00E54169">
      <w:pPr>
        <w:pStyle w:val="Balk1"/>
        <w:rPr>
          <w:color w:val="215868" w:themeColor="accent5" w:themeShade="80"/>
          <w:sz w:val="22"/>
          <w:szCs w:val="22"/>
        </w:rPr>
      </w:pPr>
      <w:r w:rsidRPr="00753961">
        <w:rPr>
          <w:color w:val="215868" w:themeColor="accent5" w:themeShade="80"/>
          <w:sz w:val="22"/>
          <w:szCs w:val="22"/>
        </w:rPr>
        <w:t>Ek-1: Başlıca Teknik Dayanaklar</w:t>
      </w:r>
    </w:p>
    <w:p w14:paraId="5EBA08FA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ASME B107 serisi - Lokma, anahtar, sürücü, pense ve tornavida el aletleri</w:t>
      </w:r>
    </w:p>
    <w:p w14:paraId="21F7585B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FOD kontrolü - Her alet için görünür eksiklik göstergeli ve kalıcı işaretli yuva düzeni</w:t>
      </w:r>
    </w:p>
    <w:p w14:paraId="2905665D" w14:textId="77777777" w:rsidR="00E54169" w:rsidRPr="0065135C" w:rsidRDefault="00E54169" w:rsidP="00E54169">
      <w:pPr>
        <w:pStyle w:val="ListeMaddemi"/>
        <w:spacing w:after="80" w:line="264" w:lineRule="auto"/>
        <w:rPr>
          <w:lang w:val="da-DK"/>
        </w:rPr>
      </w:pPr>
      <w:r w:rsidRPr="0065135C">
        <w:rPr>
          <w:lang w:val="da-DK"/>
        </w:rPr>
        <w:t>Üretici teknik veri sayfaları ve kullanım/bakım talimatları</w:t>
      </w:r>
    </w:p>
    <w:p w14:paraId="04EEF133" w14:textId="77777777" w:rsidR="00E54169" w:rsidRPr="00E54169" w:rsidRDefault="00E54169" w:rsidP="00E54169">
      <w:pPr>
        <w:pStyle w:val="ListeNumaras"/>
        <w:ind w:left="360"/>
        <w:rPr>
          <w:b/>
        </w:rPr>
      </w:pPr>
    </w:p>
    <w:p w14:paraId="70D881FF" w14:textId="378DE058" w:rsidR="00FF3B20" w:rsidRPr="00753961" w:rsidRDefault="00642BD7" w:rsidP="00753961">
      <w:pPr>
        <w:pStyle w:val="Balk2"/>
        <w:numPr>
          <w:ilvl w:val="1"/>
          <w:numId w:val="31"/>
        </w:numPr>
        <w:rPr>
          <w:sz w:val="32"/>
          <w:szCs w:val="32"/>
        </w:rPr>
      </w:pPr>
      <w:r w:rsidRPr="00753961">
        <w:rPr>
          <w:sz w:val="32"/>
          <w:szCs w:val="32"/>
        </w:rPr>
        <w:lastRenderedPageBreak/>
        <w:t xml:space="preserve"> B2 Aviyonik Taşınabilir </w:t>
      </w:r>
      <w:r w:rsidR="007E12AD" w:rsidRPr="00753961">
        <w:rPr>
          <w:sz w:val="32"/>
          <w:szCs w:val="32"/>
        </w:rPr>
        <w:t>Takım Çantası</w:t>
      </w:r>
    </w:p>
    <w:p w14:paraId="3D001770" w14:textId="27B74DE6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  <w:r w:rsidR="00E54169">
        <w:rPr>
          <w:b/>
          <w:color w:val="9B1C1C"/>
        </w:rPr>
        <w:t xml:space="preserve"> </w:t>
      </w:r>
    </w:p>
    <w:p w14:paraId="49DF38A3" w14:textId="77777777" w:rsidR="00692B4A" w:rsidRDefault="00642BD7" w:rsidP="00753961">
      <w:pPr>
        <w:pStyle w:val="ListeNumaras"/>
        <w:numPr>
          <w:ilvl w:val="1"/>
          <w:numId w:val="36"/>
        </w:numPr>
      </w:pPr>
      <w:r>
        <w:t>Uçak aviyonik bakım, sökme-takma, kablolama ve hat bakım faaliyetlerinde kullanılmak üzere taşınabilir takım seti olacaktır.</w:t>
      </w:r>
    </w:p>
    <w:p w14:paraId="6E793087" w14:textId="77777777" w:rsidR="00692B4A" w:rsidRDefault="00642BD7" w:rsidP="00753961">
      <w:pPr>
        <w:pStyle w:val="ListeNumaras"/>
        <w:numPr>
          <w:ilvl w:val="1"/>
          <w:numId w:val="36"/>
        </w:numPr>
      </w:pPr>
      <w:r>
        <w:t>Set içeriği, idarece onaylanan içerik listesinde yer alan alet cinsi, teknik özellik ve adetlerin tamamını birebir içerecek; hassas elektronik/aviyonik uygulamalarda kullanılan aletler profesyonel sınıfta olacaktır.</w:t>
      </w:r>
    </w:p>
    <w:p w14:paraId="02489DCA" w14:textId="77777777" w:rsidR="00692B4A" w:rsidRDefault="00642BD7" w:rsidP="00753961">
      <w:pPr>
        <w:pStyle w:val="ListeNumaras"/>
        <w:numPr>
          <w:ilvl w:val="1"/>
          <w:numId w:val="36"/>
        </w:numPr>
      </w:pPr>
      <w:r>
        <w:t>ESD hassas parçalarla temas eden pense, cımbız ve benzeri aletlerde uygun ESD koruması bulunacak; yalıtımlı alet talep edilen kalemlerde IEC 60900 uygunluğu belgelendirilecektir.</w:t>
      </w:r>
    </w:p>
    <w:p w14:paraId="1A4E9EB2" w14:textId="77777777" w:rsidR="00692B4A" w:rsidRDefault="00642BD7" w:rsidP="00753961">
      <w:pPr>
        <w:pStyle w:val="ListeNumaras"/>
        <w:numPr>
          <w:ilvl w:val="1"/>
          <w:numId w:val="36"/>
        </w:numPr>
      </w:pPr>
      <w:r>
        <w:t>Takımlar iki renkli, kapalı hücreli, yağa ve yaygın atölye kimyasallarına dayanıklı EVA köpük içinde FOD kontrollü biçimde yerleştirilecektir.</w:t>
      </w:r>
    </w:p>
    <w:p w14:paraId="39697512" w14:textId="77777777" w:rsidR="00692B4A" w:rsidRDefault="00642BD7" w:rsidP="00753961">
      <w:pPr>
        <w:pStyle w:val="ListeNumaras"/>
        <w:numPr>
          <w:ilvl w:val="1"/>
          <w:numId w:val="36"/>
        </w:numPr>
      </w:pPr>
      <w:r>
        <w:t>Taşıma kutusu darbeye ve neme dayanıklı, kilitlenebilir, ergonomik saplı ve taşıma sırasında aletlerin yerinden çıkmasını önleyecek yapıda olacaktır.</w:t>
      </w:r>
    </w:p>
    <w:p w14:paraId="222AF41F" w14:textId="77777777" w:rsidR="002D7E40" w:rsidRDefault="00642BD7" w:rsidP="002D7E40">
      <w:pPr>
        <w:pStyle w:val="ListeNumaras"/>
        <w:numPr>
          <w:ilvl w:val="1"/>
          <w:numId w:val="36"/>
        </w:numPr>
      </w:pPr>
      <w:r>
        <w:t>Teklif ile birlikte imzalı içerik listesi, marka-model tablosu, ESD/yalıtım belgeleri (uygulanabildiği ölçüde), kutu ölçüleri, toplam ağırlık ve garanti süresi sunulacaktır.</w:t>
      </w:r>
    </w:p>
    <w:p w14:paraId="378854D2" w14:textId="685BBB3D" w:rsidR="002D7E40" w:rsidRPr="002D7E40" w:rsidRDefault="002D7E40" w:rsidP="002D7E40">
      <w:pPr>
        <w:pStyle w:val="ListeNumaras"/>
        <w:numPr>
          <w:ilvl w:val="1"/>
          <w:numId w:val="36"/>
        </w:numPr>
      </w:pPr>
      <w:r w:rsidRPr="002D7E40">
        <w:rPr>
          <w:b/>
          <w:color w:val="215868" w:themeColor="accent5" w:themeShade="80"/>
          <w:sz w:val="24"/>
          <w:u w:val="single"/>
          <w:lang w:val="da-DK"/>
        </w:rPr>
        <w:t>Mekanik Teknisyen</w:t>
      </w:r>
      <w:r w:rsidRPr="002D7E40">
        <w:rPr>
          <w:color w:val="215868" w:themeColor="accent5" w:themeShade="80"/>
          <w:sz w:val="24"/>
          <w:u w:val="single"/>
          <w:lang w:val="da-DK"/>
        </w:rPr>
        <w:t xml:space="preserve"> </w:t>
      </w:r>
      <w:r w:rsidRPr="002D7E40">
        <w:rPr>
          <w:b/>
          <w:color w:val="215868" w:themeColor="accent5" w:themeShade="80"/>
          <w:sz w:val="24"/>
          <w:u w:val="single"/>
        </w:rPr>
        <w:t>Takım Çantası İçerisinde Bulunması Gereken Aletler;</w:t>
      </w:r>
    </w:p>
    <w:p w14:paraId="38376C0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1. 1/4" Sürücülü Kısa Lokma 3/16" - 12 Köşe</w:t>
      </w:r>
    </w:p>
    <w:p w14:paraId="413858EE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9B87D20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3/16" - 12 Köşe tipinde ve belirtilen bütün ölçü, sürücü, ağız/uç, gövde boyu ve köşe sayısı özelliklerine sahip olacaktır.</w:t>
      </w:r>
    </w:p>
    <w:p w14:paraId="25A50639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46EC8B21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7BA24355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AFE059F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E2A746A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2. 1/4" Sürücülü Kısa Lokma 7/32" - 12 Köşe</w:t>
      </w:r>
    </w:p>
    <w:p w14:paraId="5DC0BD3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62764A8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7/32" - 12 Köşe tipinde ve belirtilen bütün ölçü, sürücü, ağız/uç, gövde boyu ve köşe sayısı özelliklerine sahip olacaktır.</w:t>
      </w:r>
    </w:p>
    <w:p w14:paraId="704D6907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4C3363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004B660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FD5502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570A26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3. 1/4" Sürücülü Kısa Lokma 1/4" - 12 Köşe</w:t>
      </w:r>
    </w:p>
    <w:p w14:paraId="7D128EF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C03CC95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1/4" - 12 Köşe tipinde ve belirtilen bütün ölçü, sürücü, ağız/uç, gövde boyu ve köşe sayısı özelliklerine sahip olacaktır.</w:t>
      </w:r>
    </w:p>
    <w:p w14:paraId="48CC6026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3915A7C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A49283A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4399297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5D87F6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4. 1/4" Sürücülü Kısa Lokma 9/32" - 12 Köşe</w:t>
      </w:r>
    </w:p>
    <w:p w14:paraId="3D9BEBE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1B5EF30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9/32" - 12 Köşe tipinde ve belirtilen bütün ölçü, sürücü, ağız/uç, gövde boyu ve köşe sayısı özelliklerine sahip olacaktır.</w:t>
      </w:r>
    </w:p>
    <w:p w14:paraId="5BA5B7F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F903D8C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B961F7D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2942F38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088531DA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5. 1/4" Sürücülü Kısa Lokma 5/16" - 12 Köşe</w:t>
      </w:r>
    </w:p>
    <w:p w14:paraId="78D62752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AAF7EA8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5/16" - 12 Köşe tipinde ve belirtilen bütün ölçü, sürücü, ağız/uç, gövde boyu ve köşe sayısı özelliklerine sahip olacaktır.</w:t>
      </w:r>
    </w:p>
    <w:p w14:paraId="499AD543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3F44A33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DCF5EB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7718AA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9E1831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6. 1/4" Sürücülü Kısa Lokma 11/32" - 12 Köşe</w:t>
      </w:r>
    </w:p>
    <w:p w14:paraId="3B6EA90D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F582B32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11/32" - 12 Köşe tipinde ve belirtilen bütün ölçü, sürücü, ağız/uç, gövde boyu ve köşe sayısı özelliklerine sahip olacaktır.</w:t>
      </w:r>
    </w:p>
    <w:p w14:paraId="147DDDFB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BB99E3B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Lokma ağzı yükü bağlantı elemanının köşeleri yerine düz yüzeylerine dağıtan, köşe yuvarlanması riskini azaltan hassas geometrili olacaktır.</w:t>
      </w:r>
    </w:p>
    <w:p w14:paraId="5AF8122D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9DE32E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C53604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7. 1/4" Sürücülü Kısa Lokma 3/8" - 12 Köşe</w:t>
      </w:r>
    </w:p>
    <w:p w14:paraId="05A11242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F4623A1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3/8" - 12 Köşe tipinde ve belirtilen bütün ölçü, sürücü, ağız/uç, gövde boyu ve köşe sayısı özelliklerine sahip olacaktır.</w:t>
      </w:r>
    </w:p>
    <w:p w14:paraId="10D18D1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21D73C8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EEF98BF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8C3B01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647B1AE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8. 1/4" Sürücülü Kısa Lokma 7/16" - 12 Köşe</w:t>
      </w:r>
    </w:p>
    <w:p w14:paraId="6778510D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DCA4EB2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7/16" - 12 Köşe tipinde ve belirtilen bütün ölçü, sürücü, ağız/uç, gövde boyu ve köşe sayısı özelliklerine sahip olacaktır.</w:t>
      </w:r>
    </w:p>
    <w:p w14:paraId="2539B684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21BB41B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6BD9349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6C37B52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45EB30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9. 1/4" Sürücülü Kısa Lokma 1/2" - 12 Köşe</w:t>
      </w:r>
    </w:p>
    <w:p w14:paraId="100632BD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8D53C6C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1/2" - 12 Köşe tipinde ve belirtilen bütün ölçü, sürücü, ağız/uç, gövde boyu ve köşe sayısı özelliklerine sahip olacaktır.</w:t>
      </w:r>
    </w:p>
    <w:p w14:paraId="077BEB2E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7FA056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DAEE58A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9A8A8C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2660161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10. 1/4" Sürücülü Kısa Lokma 9/16" - 12 Köşe</w:t>
      </w:r>
    </w:p>
    <w:p w14:paraId="4F3B44FE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FD2B4AB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9/16" - 12 Köşe tipinde ve belirtilen bütün ölçü, sürücü, ağız/uç, gövde boyu ve köşe sayısı özelliklerine sahip olacaktır.</w:t>
      </w:r>
    </w:p>
    <w:p w14:paraId="4169C948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25B9BBC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F724733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E224971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44684CB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11. 1/4" Sürücülü Derin Lokma 3/16" - 12 Köşe</w:t>
      </w:r>
    </w:p>
    <w:p w14:paraId="7052F79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9F06AA4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3/16" - 12 Köşe tipinde ve belirtilen bütün ölçü, sürücü, ağız/uç, gövde boyu ve köşe sayısı özelliklerine sahip olacaktır.</w:t>
      </w:r>
    </w:p>
    <w:p w14:paraId="5737DDE2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5480BCF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7F9BC79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2C0313F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22DF5B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12. 1/4" Sürücülü Derin Lokma 7/32 - 12 Köşe</w:t>
      </w:r>
    </w:p>
    <w:p w14:paraId="683806F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86FB58D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7/32 - 12 Köşe tipinde ve belirtilen bütün ölçü, sürücü, ağız/uç, gövde boyu ve köşe sayısı özelliklerine sahip olacaktır.</w:t>
      </w:r>
    </w:p>
    <w:p w14:paraId="0094C62E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6839206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6085DCAD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A6FBEC1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BF5A6C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13. 1/4" Sürücülü Derin Lokma 1/4" - 12 Köşe</w:t>
      </w:r>
    </w:p>
    <w:p w14:paraId="1A0C6176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803A9D5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1/4" - 12 Köşe tipinde ve belirtilen bütün ölçü, sürücü, ağız/uç, gövde boyu ve köşe sayısı özelliklerine sahip olacaktır.</w:t>
      </w:r>
    </w:p>
    <w:p w14:paraId="6F973288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67A89AA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Lokma ağzı yükü bağlantı elemanının köşeleri yerine düz yüzeylerine dağıtan, köşe yuvarlanması riskini azaltan hassas geometrili olacaktır.</w:t>
      </w:r>
    </w:p>
    <w:p w14:paraId="75FFF4C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75E7512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DBE1A4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14. 1/4" Sürücülü Derin Lokma 9/32" - 12 Köşe</w:t>
      </w:r>
    </w:p>
    <w:p w14:paraId="01027DBF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79EB02C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9/32" - 12 Köşe tipinde ve belirtilen bütün ölçü, sürücü, ağız/uç, gövde boyu ve köşe sayısı özelliklerine sahip olacaktır.</w:t>
      </w:r>
    </w:p>
    <w:p w14:paraId="7DD9732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A22BAEB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1697BA6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6B9649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1542A0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15. 1/4" Sürücülü Derin Lokma 5/16" - 12 Köşe</w:t>
      </w:r>
    </w:p>
    <w:p w14:paraId="64DC309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E4114F4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5/16" - 12 Köşe tipinde ve belirtilen bütün ölçü, sürücü, ağız/uç, gövde boyu ve köşe sayısı özelliklerine sahip olacaktır.</w:t>
      </w:r>
    </w:p>
    <w:p w14:paraId="51CDB765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C01871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1A9532E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7E8D7E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AAFFB6E" w14:textId="77777777" w:rsidR="002D7E40" w:rsidRDefault="002D7E40" w:rsidP="002D7E40"/>
    <w:p w14:paraId="2C4D997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16. 1/4" Sürücülü Derin Lokma 11/32" - 12 Köşe</w:t>
      </w:r>
    </w:p>
    <w:p w14:paraId="3805DA7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39A54A7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11/32" - 12 Köşe tipinde ve belirtilen bütün ölçü, sürücü, ağız/uç, gövde boyu ve köşe sayısı özelliklerine sahip olacaktır.</w:t>
      </w:r>
    </w:p>
    <w:p w14:paraId="62AE739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99466E7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2D3C94F8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82BBAE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0ADC401" w14:textId="77777777" w:rsidR="002D7E40" w:rsidRDefault="002D7E40" w:rsidP="002D7E40"/>
    <w:p w14:paraId="7545018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17. 1/4" Sürücülü Derin Lokma 3/8" - 12 Köşe</w:t>
      </w:r>
    </w:p>
    <w:p w14:paraId="735957FC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5914FC3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3/8" - 12 Köşe tipinde ve belirtilen bütün ölçü, sürücü, ağız/uç, gövde boyu ve köşe sayısı özelliklerine sahip olacaktır.</w:t>
      </w:r>
    </w:p>
    <w:p w14:paraId="72ADD75C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22BD75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6F1D6D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6CBB797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004F129F" w14:textId="77777777" w:rsidR="002D7E40" w:rsidRDefault="002D7E40" w:rsidP="002D7E40"/>
    <w:p w14:paraId="748A0D7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18. 1/4" Sürücülü Derin Lokma 7/16" - 12 Köşe</w:t>
      </w:r>
    </w:p>
    <w:p w14:paraId="6F34694C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8B87E9F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7/16" - 12 Köşe tipinde ve belirtilen bütün ölçü, sürücü, ağız/uç, gövde boyu ve köşe sayısı özelliklerine sahip olacaktır.</w:t>
      </w:r>
    </w:p>
    <w:p w14:paraId="68DE76E5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98426E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1DD635FB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DE19688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258A9AA" w14:textId="77777777" w:rsidR="002D7E40" w:rsidRDefault="002D7E40" w:rsidP="002D7E40"/>
    <w:p w14:paraId="6E71927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19. 1/4" Sürücülü Derin Lokma 1/2" - 12 Köşe</w:t>
      </w:r>
    </w:p>
    <w:p w14:paraId="160C7915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78DE7BA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1/2" - 12 Köşe tipinde ve belirtilen bütün ölçü, sürücü, ağız/uç, gövde boyu ve köşe sayısı özelliklerine sahip olacaktır.</w:t>
      </w:r>
    </w:p>
    <w:p w14:paraId="19FFC74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048BC5AF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12B7F7A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CC627EF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8F6FA01" w14:textId="77777777" w:rsidR="002D7E40" w:rsidRDefault="002D7E40" w:rsidP="002D7E40"/>
    <w:p w14:paraId="15E1D940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20. 1/4" Sürücülü Derin Lokma 9/16" - 12 Köşe</w:t>
      </w:r>
    </w:p>
    <w:p w14:paraId="14581A69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2F9DD6D" w14:textId="77777777" w:rsidR="002D7E40" w:rsidRDefault="002D7E40" w:rsidP="002D7E40">
      <w:pPr>
        <w:pStyle w:val="ListeMaddemi"/>
        <w:spacing w:after="80" w:line="264" w:lineRule="auto"/>
      </w:pPr>
      <w:r>
        <w:t>Ürün; 1/4" Sürücülü Derin Lokma 9/16" - 12 Köşe tipinde ve belirtilen bütün ölçü, sürücü, ağız/uç, gövde boyu ve köşe sayısı özelliklerine sahip olacaktır.</w:t>
      </w:r>
    </w:p>
    <w:p w14:paraId="16B069AE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08D2EBD7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1EAE505A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204D5DD8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315F671" w14:textId="77777777" w:rsidR="002D7E40" w:rsidRDefault="002D7E40" w:rsidP="002D7E40"/>
    <w:p w14:paraId="0C9C3820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21. 1/4" Sürücülü Kısa Lokma 1/8" - 6 Köşe</w:t>
      </w:r>
    </w:p>
    <w:p w14:paraId="6021ECC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0848CBF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1/8" - 6 Köşe tipinde ve belirtilen bütün ölçü, sürücü, ağız/uç, gövde boyu ve köşe sayısı özelliklerine sahip olacaktır.</w:t>
      </w:r>
    </w:p>
    <w:p w14:paraId="48182CB0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27749B5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15538291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FC4B809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8D5166B" w14:textId="77777777" w:rsidR="002D7E40" w:rsidRDefault="002D7E40" w:rsidP="002D7E40"/>
    <w:p w14:paraId="21CA0F5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22. 1/4" Sürücülü Kısa Lokma 5/32" - 6 Köşe</w:t>
      </w:r>
    </w:p>
    <w:p w14:paraId="5FBA676C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D1E81A4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5/32" - 6 Köşe tipinde ve belirtilen bütün ölçü, sürücü, ağız/uç, gövde boyu ve köşe sayısı özelliklerine sahip olacaktır.</w:t>
      </w:r>
    </w:p>
    <w:p w14:paraId="6660172A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0F659501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7120CAC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A7CFD00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4802ACA9" w14:textId="77777777" w:rsidR="002D7E40" w:rsidRDefault="002D7E40" w:rsidP="002D7E40"/>
    <w:p w14:paraId="29A6AA0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23. 3/8" Sürücülü Derin Lokma 1/4" - 12 Köşe</w:t>
      </w:r>
    </w:p>
    <w:p w14:paraId="79D6D30B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16B45C8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1/4" - 12 Köşe tipinde ve belirtilen bütün ölçü, sürücü, ağız/uç, gövde boyu ve köşe sayısı özelliklerine sahip olacaktır.</w:t>
      </w:r>
    </w:p>
    <w:p w14:paraId="4B60DC0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DE4DDB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01B9186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2CAA90CE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2682017C" w14:textId="77777777" w:rsidR="002D7E40" w:rsidRDefault="002D7E40" w:rsidP="002D7E40"/>
    <w:p w14:paraId="647FB2E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24. 3/8" Sürücülü Derin Lokma 5/16" - 12 Köşe</w:t>
      </w:r>
    </w:p>
    <w:p w14:paraId="12006035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3777B84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5/16" - 12 Köşe tipinde ve belirtilen bütün ölçü, sürücü, ağız/uç, gövde boyu ve köşe sayısı özelliklerine sahip olacaktır.</w:t>
      </w:r>
    </w:p>
    <w:p w14:paraId="09CA3B84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2E59F226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BAB6250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8E76DFC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317304A2" w14:textId="77777777" w:rsidR="002D7E40" w:rsidRDefault="002D7E40" w:rsidP="002D7E40"/>
    <w:p w14:paraId="24859B8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25. 3/8" Sürücülü Derin Lokma 3/8" - 12 Köşe</w:t>
      </w:r>
    </w:p>
    <w:p w14:paraId="34ABB03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9939CE6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3/8" - 12 Köşe tipinde ve belirtilen bütün ölçü, sürücü, ağız/uç, gövde boyu ve köşe sayısı özelliklerine sahip olacaktır.</w:t>
      </w:r>
    </w:p>
    <w:p w14:paraId="6EF6ED82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20278C9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3E06182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2096B5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4E674AB5" w14:textId="77777777" w:rsidR="002D7E40" w:rsidRDefault="002D7E40" w:rsidP="002D7E40"/>
    <w:p w14:paraId="6BA9EFB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26. 3/8" Sürücülü Derin Lokma 7/16" - 12 Köşe</w:t>
      </w:r>
    </w:p>
    <w:p w14:paraId="715F6519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3B673E1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7/16" - 12 Köşe tipinde ve belirtilen bütün ölçü, sürücü, ağız/uç, gövde boyu ve köşe sayısı özelliklerine sahip olacaktır.</w:t>
      </w:r>
    </w:p>
    <w:p w14:paraId="39886C0F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41A655E3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2539C886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4CE751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F6F37AA" w14:textId="77777777" w:rsidR="002D7E40" w:rsidRDefault="002D7E40" w:rsidP="002D7E40"/>
    <w:p w14:paraId="18B7711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27. 3/8" Sürücülü Derin Lokma 1/2" - 12 Köşe</w:t>
      </w:r>
    </w:p>
    <w:p w14:paraId="507959D7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A785D94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1/2" - 12 Köşe tipinde ve belirtilen bütün ölçü, sürücü, ağız/uç, gövde boyu ve köşe sayısı özelliklerine sahip olacaktır.</w:t>
      </w:r>
    </w:p>
    <w:p w14:paraId="56AAD3C0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28A568C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02724FB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8C28F38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AFD2F9D" w14:textId="77777777" w:rsidR="002D7E40" w:rsidRDefault="002D7E40" w:rsidP="002D7E40"/>
    <w:p w14:paraId="7E184C7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28. 3/8" Sürücülü Derin Lokma 9/16" - 12 Köşe</w:t>
      </w:r>
    </w:p>
    <w:p w14:paraId="053A2E13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4065543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9/16" - 12 Köşe tipinde ve belirtilen bütün ölçü, sürücü, ağız/uç, gövde boyu ve köşe sayısı özelliklerine sahip olacaktır.</w:t>
      </w:r>
    </w:p>
    <w:p w14:paraId="2201B452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66F847B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6F3A429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291987E1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537E814D" w14:textId="77777777" w:rsidR="002D7E40" w:rsidRDefault="002D7E40" w:rsidP="002D7E40"/>
    <w:p w14:paraId="37335A8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29. 3/8" Sürücülü Derin Lokma 11/16" - 12 Köşe</w:t>
      </w:r>
    </w:p>
    <w:p w14:paraId="482430E0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F73E0AF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11/16" - 12 Köşe tipinde ve belirtilen bütün ölçü, sürücü, ağız/uç, gövde boyu ve köşe sayısı özelliklerine sahip olacaktır.</w:t>
      </w:r>
    </w:p>
    <w:p w14:paraId="0B7F7537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3C07814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79CB5A79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95AD18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C255F17" w14:textId="77777777" w:rsidR="002D7E40" w:rsidRDefault="002D7E40" w:rsidP="002D7E40"/>
    <w:p w14:paraId="40BDEBE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30. 3/8" Sürücülü Derin Lokma 3/4" - 12 Köşe</w:t>
      </w:r>
    </w:p>
    <w:p w14:paraId="510F717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88050FF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3/4" - 12 Köşe tipinde ve belirtilen bütün ölçü, sürücü, ağız/uç, gövde boyu ve köşe sayısı özelliklerine sahip olacaktır.</w:t>
      </w:r>
    </w:p>
    <w:p w14:paraId="4DB02904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A226B3F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15794634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6886E52C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A12B03D" w14:textId="77777777" w:rsidR="002D7E40" w:rsidRDefault="002D7E40" w:rsidP="002D7E40"/>
    <w:p w14:paraId="59FFD32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31. 3/8" Sürücülü Derin Lokma 13/16" - 12 Köşe</w:t>
      </w:r>
    </w:p>
    <w:p w14:paraId="465535F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E045604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13/16" - 12 Köşe tipinde ve belirtilen bütün ölçü, sürücü, ağız/uç, gövde boyu ve köşe sayısı özelliklerine sahip olacaktır.</w:t>
      </w:r>
    </w:p>
    <w:p w14:paraId="1764B903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0E1A6E9A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2711BA80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6E2C8EF3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3E74E0EF" w14:textId="77777777" w:rsidR="002D7E40" w:rsidRDefault="002D7E40" w:rsidP="002D7E40"/>
    <w:p w14:paraId="24E616F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32. 3/8" Sürücülü Derin Lokma 7/8" - 12 Köşe</w:t>
      </w:r>
    </w:p>
    <w:p w14:paraId="2A0B5839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044446C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7/8" - 12 Köşe tipinde ve belirtilen bütün ölçü, sürücü, ağız/uç, gövde boyu ve köşe sayısı özelliklerine sahip olacaktır.</w:t>
      </w:r>
    </w:p>
    <w:p w14:paraId="2601A22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27B76201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137890B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A914C2F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03244ABE" w14:textId="77777777" w:rsidR="002D7E40" w:rsidRDefault="002D7E40" w:rsidP="002D7E40"/>
    <w:p w14:paraId="2254202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33. 3/8" Sürücülü Derin Lokma 15/16" - 12 Köşe</w:t>
      </w:r>
    </w:p>
    <w:p w14:paraId="106377A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2F22493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15/16" - 12 Köşe tipinde ve belirtilen bütün ölçü, sürücü, ağız/uç, gövde boyu ve köşe sayısı özelliklerine sahip olacaktır.</w:t>
      </w:r>
    </w:p>
    <w:p w14:paraId="2E71EC40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3812CB6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6D9D3DAC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4453DD7B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0648409" w14:textId="77777777" w:rsidR="002D7E40" w:rsidRDefault="002D7E40" w:rsidP="002D7E40"/>
    <w:p w14:paraId="0B2A2AA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34. 3/8" Sürücülü Derin Lokma 1" - 12 Köşe</w:t>
      </w:r>
    </w:p>
    <w:p w14:paraId="6BB248C3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19E5EB8" w14:textId="77777777" w:rsidR="002D7E40" w:rsidRDefault="002D7E40" w:rsidP="002D7E40">
      <w:pPr>
        <w:pStyle w:val="ListeMaddemi"/>
        <w:spacing w:after="80" w:line="264" w:lineRule="auto"/>
      </w:pPr>
      <w:r>
        <w:t>Ürün; 3/8" Sürücülü Derin Lokma 1" - 12 Köşe tipinde ve belirtilen bütün ölçü, sürücü, ağız/uç, gövde boyu ve köşe sayısı özelliklerine sahip olacaktır.</w:t>
      </w:r>
    </w:p>
    <w:p w14:paraId="23A498AE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C820AE6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23E90288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D12E151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85AA5F6" w14:textId="77777777" w:rsidR="002D7E40" w:rsidRDefault="002D7E40" w:rsidP="002D7E40"/>
    <w:p w14:paraId="689D976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35. 3/8" Sürücülü Kısa Lokma 1/4" - 12 Köşe</w:t>
      </w:r>
    </w:p>
    <w:p w14:paraId="00C6E7E6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9BB17FA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1/4" - 12 Köşe tipinde ve belirtilen bütün ölçü, sürücü, ağız/uç, gövde boyu ve köşe sayısı özelliklerine sahip olacaktır.</w:t>
      </w:r>
    </w:p>
    <w:p w14:paraId="4993BF37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441B8DC7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701ADB3D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159AC18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82BF526" w14:textId="77777777" w:rsidR="002D7E40" w:rsidRDefault="002D7E40" w:rsidP="002D7E40"/>
    <w:p w14:paraId="4968AA3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36. 3/8" Sürücülü Kısa Lokma 5/16" - 12 Köşe</w:t>
      </w:r>
    </w:p>
    <w:p w14:paraId="4F57D4AE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786EDFA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5/16" - 12 Köşe tipinde ve belirtilen bütün ölçü, sürücü, ağız/uç, gövde boyu ve köşe sayısı özelliklerine sahip olacaktır.</w:t>
      </w:r>
    </w:p>
    <w:p w14:paraId="0E6476B3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F2A73A4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AA32069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F1F4113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2D104314" w14:textId="77777777" w:rsidR="002D7E40" w:rsidRDefault="002D7E40" w:rsidP="002D7E40"/>
    <w:p w14:paraId="63EA338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37. 3/8" Sürücülü Kısa Lokma 11/32" - 12 Köşe</w:t>
      </w:r>
    </w:p>
    <w:p w14:paraId="2AC8878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A04480B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11/32" - 12 Köşe tipinde ve belirtilen bütün ölçü, sürücü, ağız/uç, gövde boyu ve köşe sayısı özelliklerine sahip olacaktır.</w:t>
      </w:r>
    </w:p>
    <w:p w14:paraId="414CAD74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5A724B7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683857B2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48931FD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2E4F8716" w14:textId="77777777" w:rsidR="002D7E40" w:rsidRDefault="002D7E40" w:rsidP="002D7E40"/>
    <w:p w14:paraId="3BFE181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38. 3/8" Sürücülü Kısa Lokma 3/8" - 12 Köşe</w:t>
      </w:r>
    </w:p>
    <w:p w14:paraId="1DEF97BB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B9CA532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3/8" - 12 Köşe tipinde ve belirtilen bütün ölçü, sürücü, ağız/uç, gövde boyu ve köşe sayısı özelliklerine sahip olacaktır.</w:t>
      </w:r>
    </w:p>
    <w:p w14:paraId="137A34DA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24A3FD3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57F5713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13C2A1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C270140" w14:textId="77777777" w:rsidR="002D7E40" w:rsidRDefault="002D7E40" w:rsidP="002D7E40"/>
    <w:p w14:paraId="7F67F918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39. 3/8" Sürücülü Kısa Lokma 7/16" - 12 Köşe</w:t>
      </w:r>
    </w:p>
    <w:p w14:paraId="52CC1B6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B445133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7/16" - 12 Köşe tipinde ve belirtilen bütün ölçü, sürücü, ağız/uç, gövde boyu ve köşe sayısı özelliklerine sahip olacaktır.</w:t>
      </w:r>
    </w:p>
    <w:p w14:paraId="06EC0B5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287CAFC0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526F1EBB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0BFADECD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32422368" w14:textId="77777777" w:rsidR="002D7E40" w:rsidRDefault="002D7E40" w:rsidP="002D7E40"/>
    <w:p w14:paraId="2E552AD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40. 3/8" Sürücülü Kısa Lokma 1/2" - 12 Köşe</w:t>
      </w:r>
    </w:p>
    <w:p w14:paraId="14586C32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F3B6C98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1/2" - 12 Köşe tipinde ve belirtilen bütün ölçü, sürücü, ağız/uç, gövde boyu ve köşe sayısı özelliklerine sahip olacaktır.</w:t>
      </w:r>
    </w:p>
    <w:p w14:paraId="45C1C00F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34F1EC2C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FFE1CF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2AA066D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FC53D25" w14:textId="77777777" w:rsidR="002D7E40" w:rsidRDefault="002D7E40" w:rsidP="002D7E40"/>
    <w:p w14:paraId="6CC77B1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41. 3/8" Sürücülü Kısa Lokma 9/16" - 12 Köşe</w:t>
      </w:r>
    </w:p>
    <w:p w14:paraId="3BCA52F0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BDC878B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9/16" - 12 Köşe tipinde ve belirtilen bütün ölçü, sürücü, ağız/uç, gövde boyu ve köşe sayısı özelliklerine sahip olacaktır.</w:t>
      </w:r>
    </w:p>
    <w:p w14:paraId="3648CED7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2233E4C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BDD4605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32D3F47A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0856AAD0" w14:textId="77777777" w:rsidR="002D7E40" w:rsidRDefault="002D7E40" w:rsidP="002D7E40"/>
    <w:p w14:paraId="7FE3B3C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42. 3/8" Sürücülü Kısa Lokma 5/8" - 12 Köşe</w:t>
      </w:r>
    </w:p>
    <w:p w14:paraId="5D746DF9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6ABC864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5/8" - 12 Köşe tipinde ve belirtilen bütün ölçü, sürücü, ağız/uç, gövde boyu ve köşe sayısı özelliklerine sahip olacaktır.</w:t>
      </w:r>
    </w:p>
    <w:p w14:paraId="1733837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2E48201D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2004B9E0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05B88D5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029D5802" w14:textId="77777777" w:rsidR="002D7E40" w:rsidRDefault="002D7E40" w:rsidP="002D7E40"/>
    <w:p w14:paraId="6945E55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43. 3/8" Sürücülü Kısa Lokma 11/16" - 12 Köşe</w:t>
      </w:r>
    </w:p>
    <w:p w14:paraId="397B552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B7EAC42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11/16" - 12 Köşe tipinde ve belirtilen bütün ölçü, sürücü, ağız/uç, gövde boyu ve köşe sayısı özelliklerine sahip olacaktır.</w:t>
      </w:r>
    </w:p>
    <w:p w14:paraId="55A339D1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1EDD898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4C9B3EF9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ACBA4C1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717C7932" w14:textId="77777777" w:rsidR="002D7E40" w:rsidRDefault="002D7E40" w:rsidP="002D7E40"/>
    <w:p w14:paraId="4F42616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44. 3/8" Sürücülü Kısa Lokma 3/4" - 12 Köşe</w:t>
      </w:r>
    </w:p>
    <w:p w14:paraId="409ECDEF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74F21CB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3/4" - 12 Köşe tipinde ve belirtilen bütün ölçü, sürücü, ağız/uç, gövde boyu ve köşe sayısı özelliklerine sahip olacaktır.</w:t>
      </w:r>
    </w:p>
    <w:p w14:paraId="21D025AA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4941B815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793FE8D9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23D4CA4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356048E1" w14:textId="77777777" w:rsidR="002D7E40" w:rsidRDefault="002D7E40" w:rsidP="002D7E40"/>
    <w:p w14:paraId="49D89FBA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45. 3/8" Sürücülü Kısa Lokma 13/16" - 12 Köşe</w:t>
      </w:r>
    </w:p>
    <w:p w14:paraId="1674810F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E87D1CD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13/16" - 12 Köşe tipinde ve belirtilen bütün ölçü, sürücü, ağız/uç, gövde boyu ve köşe sayısı özelliklerine sahip olacaktır.</w:t>
      </w:r>
    </w:p>
    <w:p w14:paraId="0B88658A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0AAC1E3A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810484D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3B27268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1FDC0814" w14:textId="77777777" w:rsidR="002D7E40" w:rsidRDefault="002D7E40" w:rsidP="002D7E40"/>
    <w:p w14:paraId="572EAA5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46. 3/8" Sürücülü Kısa Lokma 7/8" - 12 Köşe</w:t>
      </w:r>
    </w:p>
    <w:p w14:paraId="344921CC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4A25B4F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7/8" - 12 Köşe tipinde ve belirtilen bütün ölçü, sürücü, ağız/uç, gövde boyu ve köşe sayısı özelliklerine sahip olacaktır.</w:t>
      </w:r>
    </w:p>
    <w:p w14:paraId="1395DB7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7121290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0B5F1B72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AACA513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2C45C0BD" w14:textId="77777777" w:rsidR="002D7E40" w:rsidRDefault="002D7E40" w:rsidP="002D7E40"/>
    <w:p w14:paraId="0AFFEFA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47. 3/8" Sürücülü Kısa Lokma 15/16" - 12 Köşe</w:t>
      </w:r>
    </w:p>
    <w:p w14:paraId="179976BE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756D1CC7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15/16" - 12 Köşe tipinde ve belirtilen bütün ölçü, sürücü, ağız/uç, gövde boyu ve köşe sayısı özelliklerine sahip olacaktır.</w:t>
      </w:r>
    </w:p>
    <w:p w14:paraId="75F6029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79CF38D8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1DC4A165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1B705AF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405E5CD8" w14:textId="77777777" w:rsidR="002D7E40" w:rsidRDefault="002D7E40" w:rsidP="002D7E40"/>
    <w:p w14:paraId="7F1C9D4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48. 3/8" Sürücülü Kısa Lokma 1" - 12 Köşe</w:t>
      </w:r>
    </w:p>
    <w:p w14:paraId="07CA088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CB6002D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1" - 12 Köşe tipinde ve belirtilen bütün ölçü, sürücü, ağız/uç, gövde boyu ve köşe sayısı özelliklerine sahip olacaktır.</w:t>
      </w:r>
    </w:p>
    <w:p w14:paraId="1D31B616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172327A9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AB544AE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57188939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3552A85" w14:textId="77777777" w:rsidR="002D7E40" w:rsidRDefault="002D7E40" w:rsidP="002D7E40"/>
    <w:p w14:paraId="554D0FD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49. 1/4" Sürücülü Kısa Lokma M10 - 12 Köşe</w:t>
      </w:r>
    </w:p>
    <w:p w14:paraId="0865E86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8907DF8" w14:textId="77777777" w:rsidR="002D7E40" w:rsidRDefault="002D7E40" w:rsidP="002D7E40">
      <w:pPr>
        <w:pStyle w:val="ListeMaddemi"/>
        <w:spacing w:after="80" w:line="264" w:lineRule="auto"/>
      </w:pPr>
      <w:r>
        <w:t>Ürün; 1/4" Sürücülü Kısa Lokma M10 - 12 Köşe tipinde ve belirtilen bütün ölçü, sürücü, ağız/uç, gövde boyu ve köşe sayısı özelliklerine sahip olacaktır.</w:t>
      </w:r>
    </w:p>
    <w:p w14:paraId="6A3D7DCA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540FA166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76AF98EC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498A91E4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640BB0EA" w14:textId="77777777" w:rsidR="002D7E40" w:rsidRDefault="002D7E40" w:rsidP="002D7E40"/>
    <w:p w14:paraId="2F8F001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50. 3/8" Sürücülü Kısa Lokma M10 - 12 Köşe</w:t>
      </w:r>
    </w:p>
    <w:p w14:paraId="1C03283B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02B29EA" w14:textId="77777777" w:rsidR="002D7E40" w:rsidRDefault="002D7E40" w:rsidP="002D7E40">
      <w:pPr>
        <w:pStyle w:val="ListeMaddemi"/>
        <w:spacing w:after="80" w:line="264" w:lineRule="auto"/>
      </w:pPr>
      <w:r>
        <w:t>Ürün; 3/8" Sürücülü Kısa Lokma M10 - 12 Köşe tipinde ve belirtilen bütün ölçü, sürücü, ağız/uç, gövde boyu ve köşe sayısı özelliklerine sahip olacaktır.</w:t>
      </w:r>
    </w:p>
    <w:p w14:paraId="52F3BE9D" w14:textId="77777777" w:rsidR="002D7E40" w:rsidRDefault="002D7E40" w:rsidP="002D7E40">
      <w:pPr>
        <w:pStyle w:val="ListeMaddemi"/>
        <w:spacing w:after="80" w:line="264" w:lineRule="auto"/>
      </w:pPr>
      <w:r>
        <w:t>El lokması, yüksek dayanımlı krom-vanadyum veya eşdeğer alaşımlı çelikten dövülmüş, ısıl işlem görmüş ve tam polisajlı krom kaplamalı olacaktır.</w:t>
      </w:r>
    </w:p>
    <w:p w14:paraId="6BE4673F" w14:textId="77777777" w:rsidR="002D7E40" w:rsidRDefault="002D7E40" w:rsidP="002D7E40">
      <w:pPr>
        <w:pStyle w:val="ListeMaddemi"/>
        <w:spacing w:after="80" w:line="264" w:lineRule="auto"/>
      </w:pPr>
      <w:r>
        <w:t>Lokma ağzı yükü bağlantı elemanının köşeleri yerine düz yüzeylerine dağıtan, köşe yuvarlanması riskini azaltan hassas geometrili olacaktır.</w:t>
      </w:r>
    </w:p>
    <w:p w14:paraId="3459D067" w14:textId="77777777" w:rsidR="002D7E40" w:rsidRDefault="002D7E40" w:rsidP="002D7E40">
      <w:pPr>
        <w:pStyle w:val="ListeMaddemi"/>
        <w:spacing w:after="80" w:line="264" w:lineRule="auto"/>
      </w:pPr>
      <w:r>
        <w:t>Kare sürücü bağlantısı, cırcır veya ara kol üzerindeki tutucu bilya ile güvenli kilitlenecek; lokma ölçüsü kalıcı ve okunaklı işaretlenecektir.</w:t>
      </w:r>
    </w:p>
    <w:p w14:paraId="749CC446" w14:textId="77777777" w:rsidR="002D7E40" w:rsidRDefault="002D7E40" w:rsidP="002D7E40">
      <w:pPr>
        <w:pStyle w:val="ListeMaddemi"/>
        <w:spacing w:after="80" w:line="264" w:lineRule="auto"/>
      </w:pPr>
      <w:r>
        <w:t>Darbeli kullanım için tasarlanmış ürün istenmediğinden darbeli anahtarda kullanılmayacak; ASME B107.110/B107.500 veya eşdeğerine uygun olacaktır.</w:t>
      </w:r>
    </w:p>
    <w:p w14:paraId="3D22AEDC" w14:textId="77777777" w:rsidR="002D7E40" w:rsidRDefault="002D7E40" w:rsidP="002D7E40"/>
    <w:p w14:paraId="769B0A7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51. 1/4" Sürücülü Ara Kol 2"</w:t>
      </w:r>
    </w:p>
    <w:p w14:paraId="34ED10DB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5AC8032" w14:textId="77777777" w:rsidR="002D7E40" w:rsidRDefault="002D7E40" w:rsidP="002D7E40">
      <w:pPr>
        <w:pStyle w:val="ListeMaddemi"/>
        <w:spacing w:after="80" w:line="264" w:lineRule="auto"/>
      </w:pPr>
      <w:r>
        <w:t>Ürün; 1/4" Sürücülü Ara Kol 2" tipinde ve belirtilen bütün ölçü, sürücü, ağız/uç, gövde boyu ve köşe sayısı özelliklerine sahip olacaktır.</w:t>
      </w:r>
    </w:p>
    <w:p w14:paraId="45BEC173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421036F6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03196193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7FC0EE95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278DD473" w14:textId="77777777" w:rsidR="002D7E40" w:rsidRDefault="002D7E40" w:rsidP="002D7E40"/>
    <w:p w14:paraId="071C162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52. 1/4" Sürücülü Ara Kol 3"</w:t>
      </w:r>
    </w:p>
    <w:p w14:paraId="5B8B5A05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C0948F6" w14:textId="77777777" w:rsidR="002D7E40" w:rsidRDefault="002D7E40" w:rsidP="002D7E40">
      <w:pPr>
        <w:pStyle w:val="ListeMaddemi"/>
        <w:spacing w:after="80" w:line="264" w:lineRule="auto"/>
      </w:pPr>
      <w:r>
        <w:t>Ürün; 1/4" Sürücülü Ara Kol 3" tipinde ve belirtilen bütün ölçü, sürücü, ağız/uç, gövde boyu ve köşe sayısı özelliklerine sahip olacaktır.</w:t>
      </w:r>
    </w:p>
    <w:p w14:paraId="5B40C25C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5E6D17B7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1A33AE96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4BBD6192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3B54F6E8" w14:textId="77777777" w:rsidR="002D7E40" w:rsidRDefault="002D7E40" w:rsidP="002D7E40"/>
    <w:p w14:paraId="4590E61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53. 1/4" Sürücülü Ara Kol 6"</w:t>
      </w:r>
    </w:p>
    <w:p w14:paraId="62D7E8F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010C85D" w14:textId="77777777" w:rsidR="002D7E40" w:rsidRDefault="002D7E40" w:rsidP="002D7E40">
      <w:pPr>
        <w:pStyle w:val="ListeMaddemi"/>
        <w:spacing w:after="80" w:line="264" w:lineRule="auto"/>
      </w:pPr>
      <w:r>
        <w:t>Ürün; 1/4" Sürücülü Ara Kol 6" tipinde ve belirtilen bütün ölçü, sürücü, ağız/uç, gövde boyu ve köşe sayısı özelliklerine sahip olacaktır.</w:t>
      </w:r>
    </w:p>
    <w:p w14:paraId="6EE34497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1FCB4686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545D4B49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1A1E09BC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ASME B107.10/B107.110/B107.500 serisinin ilgili gereklerine uygun olacaktır.</w:t>
      </w:r>
    </w:p>
    <w:p w14:paraId="0D683F73" w14:textId="77777777" w:rsidR="002D7E40" w:rsidRDefault="002D7E40" w:rsidP="002D7E40"/>
    <w:p w14:paraId="7356E38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54. 1/4" Sürücülü Ara Kol 10"</w:t>
      </w:r>
    </w:p>
    <w:p w14:paraId="6764DB69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3422BBB" w14:textId="77777777" w:rsidR="002D7E40" w:rsidRDefault="002D7E40" w:rsidP="002D7E40">
      <w:pPr>
        <w:pStyle w:val="ListeMaddemi"/>
        <w:spacing w:after="80" w:line="264" w:lineRule="auto"/>
      </w:pPr>
      <w:r>
        <w:t>Ürün; 1/4" Sürücülü Ara Kol 10" tipinde ve belirtilen bütün ölçü, sürücü, ağız/uç, gövde boyu ve köşe sayısı özelliklerine sahip olacaktır.</w:t>
      </w:r>
    </w:p>
    <w:p w14:paraId="3C945D94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22D6DCE5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27E506C6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18419BA5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27FCC7E2" w14:textId="77777777" w:rsidR="002D7E40" w:rsidRDefault="002D7E40" w:rsidP="002D7E40"/>
    <w:p w14:paraId="278CF2C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55. 3/8" Sürücülü Cırcır Kolu</w:t>
      </w:r>
    </w:p>
    <w:p w14:paraId="6549C52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5A1D70B6" w14:textId="77777777" w:rsidR="002D7E40" w:rsidRDefault="002D7E40" w:rsidP="002D7E40">
      <w:pPr>
        <w:pStyle w:val="ListeMaddemi"/>
        <w:spacing w:after="80" w:line="264" w:lineRule="auto"/>
      </w:pPr>
      <w:r>
        <w:t>Ürün; 3/8" Sürücülü Cırcır Kolu tipinde ve belirtilen bütün ölçü, sürücü, ağız/uç, gövde boyu ve köşe sayısı özelliklerine sahip olacaktır.</w:t>
      </w:r>
    </w:p>
    <w:p w14:paraId="3679E683" w14:textId="77777777" w:rsidR="002D7E40" w:rsidRDefault="002D7E40" w:rsidP="002D7E40">
      <w:pPr>
        <w:pStyle w:val="ListeMaddemi"/>
        <w:spacing w:after="80" w:line="264" w:lineRule="auto"/>
      </w:pPr>
      <w:r>
        <w:t>Cırcır mekanizması sağ ve sol yönde çalışacak, düşük geri dönüş açılı ince diş yapısına ve kolay erişilen yön değiştirme koluna sahip olacaktır.</w:t>
      </w:r>
    </w:p>
    <w:p w14:paraId="7D8CF4BF" w14:textId="77777777" w:rsidR="002D7E40" w:rsidRDefault="002D7E40" w:rsidP="002D7E40">
      <w:pPr>
        <w:pStyle w:val="ListeMaddemi"/>
        <w:spacing w:after="80" w:line="264" w:lineRule="auto"/>
      </w:pPr>
      <w:r>
        <w:t>Kare sürücü lokmayı güvenli tutan yaylı bilyalı; başlık ve sap ısıl işlem görmüş alaşımlı çelikten olacaktır.</w:t>
      </w:r>
    </w:p>
    <w:p w14:paraId="23963654" w14:textId="77777777" w:rsidR="002D7E40" w:rsidRDefault="002D7E40" w:rsidP="002D7E40">
      <w:pPr>
        <w:pStyle w:val="ListeMaddemi"/>
        <w:spacing w:after="80" w:line="264" w:lineRule="auto"/>
      </w:pPr>
      <w:r>
        <w:t>Mekanizma yük altında diş atlamadan ve sıkışmadan çalışacak, sap korozyona dayanıklı ve ergonomik olacaktır.</w:t>
      </w:r>
    </w:p>
    <w:p w14:paraId="54AF0091" w14:textId="77777777" w:rsidR="002D7E40" w:rsidRDefault="002D7E40" w:rsidP="002D7E40">
      <w:pPr>
        <w:pStyle w:val="ListeMaddemi"/>
        <w:spacing w:after="80" w:line="264" w:lineRule="auto"/>
      </w:pPr>
      <w:r>
        <w:t>ASME B107.10/B107.110 veya eşdeğer standarda uygun olacaktır.</w:t>
      </w:r>
    </w:p>
    <w:p w14:paraId="58B5A286" w14:textId="77777777" w:rsidR="002D7E40" w:rsidRDefault="002D7E40" w:rsidP="002D7E40"/>
    <w:p w14:paraId="4B28E57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56. 1/4" Sürücülü Cırcır Kolu</w:t>
      </w:r>
    </w:p>
    <w:p w14:paraId="7AF6F61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F4AD818" w14:textId="77777777" w:rsidR="002D7E40" w:rsidRDefault="002D7E40" w:rsidP="002D7E40">
      <w:pPr>
        <w:pStyle w:val="ListeMaddemi"/>
        <w:spacing w:after="80" w:line="264" w:lineRule="auto"/>
      </w:pPr>
      <w:r>
        <w:t>Ürün; 1/4" Sürücülü Cırcır Kolu tipinde ve belirtilen bütün ölçü, sürücü, ağız/uç, gövde boyu ve köşe sayısı özelliklerine sahip olacaktır.</w:t>
      </w:r>
    </w:p>
    <w:p w14:paraId="2550FC8B" w14:textId="77777777" w:rsidR="002D7E40" w:rsidRDefault="002D7E40" w:rsidP="002D7E40">
      <w:pPr>
        <w:pStyle w:val="ListeMaddemi"/>
        <w:spacing w:after="80" w:line="264" w:lineRule="auto"/>
      </w:pPr>
      <w:r>
        <w:t>Cırcır mekanizması sağ ve sol yönde çalışacak, düşük geri dönüş açılı ince diş yapısına ve kolay erişilen yön değiştirme koluna sahip olacaktır.</w:t>
      </w:r>
    </w:p>
    <w:p w14:paraId="2EF522A9" w14:textId="77777777" w:rsidR="002D7E40" w:rsidRDefault="002D7E40" w:rsidP="002D7E40">
      <w:pPr>
        <w:pStyle w:val="ListeMaddemi"/>
        <w:spacing w:after="80" w:line="264" w:lineRule="auto"/>
      </w:pPr>
      <w:r>
        <w:t>Kare sürücü lokmayı güvenli tutan yaylı bilyalı; başlık ve sap ısıl işlem görmüş alaşımlı çelikten olacaktır.</w:t>
      </w:r>
    </w:p>
    <w:p w14:paraId="0D3F6FC9" w14:textId="77777777" w:rsidR="002D7E40" w:rsidRDefault="002D7E40" w:rsidP="002D7E40">
      <w:pPr>
        <w:pStyle w:val="ListeMaddemi"/>
        <w:spacing w:after="80" w:line="264" w:lineRule="auto"/>
      </w:pPr>
      <w:r>
        <w:t>Mekanizma yük altında diş atlamadan ve sıkışmadan çalışacak, sap korozyona dayanıklı ve ergonomik olacaktır.</w:t>
      </w:r>
    </w:p>
    <w:p w14:paraId="55B022F2" w14:textId="77777777" w:rsidR="002D7E40" w:rsidRDefault="002D7E40" w:rsidP="002D7E40">
      <w:pPr>
        <w:pStyle w:val="ListeMaddemi"/>
        <w:spacing w:after="80" w:line="264" w:lineRule="auto"/>
      </w:pPr>
      <w:r>
        <w:t>ASME B107.10/B107.110 veya eşdeğer standarda uygun olacaktır.</w:t>
      </w:r>
    </w:p>
    <w:p w14:paraId="61398F34" w14:textId="77777777" w:rsidR="002D7E40" w:rsidRDefault="002D7E40" w:rsidP="002D7E40"/>
    <w:p w14:paraId="7837B04E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57. 3/8" Sürücülü Ara Kol 1-3/4"</w:t>
      </w:r>
    </w:p>
    <w:p w14:paraId="0B73883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A3C69FC" w14:textId="77777777" w:rsidR="002D7E40" w:rsidRDefault="002D7E40" w:rsidP="002D7E40">
      <w:pPr>
        <w:pStyle w:val="ListeMaddemi"/>
        <w:spacing w:after="80" w:line="264" w:lineRule="auto"/>
      </w:pPr>
      <w:r>
        <w:t>Ürün; 3/8" Sürücülü Ara Kol 1-3/4" tipinde ve belirtilen bütün ölçü, sürücü, ağız/uç, gövde boyu ve köşe sayısı özelliklerine sahip olacaktır.</w:t>
      </w:r>
    </w:p>
    <w:p w14:paraId="2ABACC81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5B44302D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Erkek kare uçta lokmayı güvenli tutan yaylı bilya, dişi uçta sürücü ile uyumlu kilitleme kanalı bulunacaktır.</w:t>
      </w:r>
    </w:p>
    <w:p w14:paraId="61F91AD8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2C87AAE9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6BB46956" w14:textId="77777777" w:rsidR="002D7E40" w:rsidRDefault="002D7E40" w:rsidP="002D7E40"/>
    <w:p w14:paraId="0339E708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58. 3/8" Sürücülü Ara Kol 3"</w:t>
      </w:r>
    </w:p>
    <w:p w14:paraId="5F60C8D7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F05BD05" w14:textId="77777777" w:rsidR="002D7E40" w:rsidRDefault="002D7E40" w:rsidP="002D7E40">
      <w:pPr>
        <w:pStyle w:val="ListeMaddemi"/>
        <w:spacing w:after="80" w:line="264" w:lineRule="auto"/>
      </w:pPr>
      <w:r>
        <w:t>Ürün; 3/8" Sürücülü Ara Kol 3" tipinde ve belirtilen bütün ölçü, sürücü, ağız/uç, gövde boyu ve köşe sayısı özelliklerine sahip olacaktır.</w:t>
      </w:r>
    </w:p>
    <w:p w14:paraId="3A313C4A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0DE2A3B3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4AAEC213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2D5827A6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29F5CF7E" w14:textId="77777777" w:rsidR="002D7E40" w:rsidRDefault="002D7E40" w:rsidP="002D7E40"/>
    <w:p w14:paraId="5625D37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59. 3/8" Sürücülü Ara Kol 6"</w:t>
      </w:r>
    </w:p>
    <w:p w14:paraId="042F3D87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35812BA" w14:textId="77777777" w:rsidR="002D7E40" w:rsidRDefault="002D7E40" w:rsidP="002D7E40">
      <w:pPr>
        <w:pStyle w:val="ListeMaddemi"/>
        <w:spacing w:after="80" w:line="264" w:lineRule="auto"/>
      </w:pPr>
      <w:r>
        <w:t>Ürün; 3/8" Sürücülü Ara Kol 6" tipinde ve belirtilen bütün ölçü, sürücü, ağız/uç, gövde boyu ve köşe sayısı özelliklerine sahip olacaktır.</w:t>
      </w:r>
    </w:p>
    <w:p w14:paraId="04D32345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32FCBC4C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24D08C39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6FA02DA9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6F04AD1E" w14:textId="77777777" w:rsidR="002D7E40" w:rsidRDefault="002D7E40" w:rsidP="002D7E40"/>
    <w:p w14:paraId="21725A80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60. 3/8" Sürücülü Ara Kol 8"</w:t>
      </w:r>
    </w:p>
    <w:p w14:paraId="3B06AB0E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9DD07AA" w14:textId="77777777" w:rsidR="002D7E40" w:rsidRDefault="002D7E40" w:rsidP="002D7E40">
      <w:pPr>
        <w:pStyle w:val="ListeMaddemi"/>
        <w:spacing w:after="80" w:line="264" w:lineRule="auto"/>
      </w:pPr>
      <w:r>
        <w:t>Ürün; 3/8" Sürücülü Ara Kol 8" tipinde ve belirtilen bütün ölçü, sürücü, ağız/uç, gövde boyu ve köşe sayısı özelliklerine sahip olacaktır.</w:t>
      </w:r>
    </w:p>
    <w:p w14:paraId="7F7BB47C" w14:textId="77777777" w:rsidR="002D7E40" w:rsidRDefault="002D7E40" w:rsidP="002D7E40">
      <w:pPr>
        <w:pStyle w:val="ListeMaddemi"/>
        <w:spacing w:after="80" w:line="264" w:lineRule="auto"/>
      </w:pPr>
      <w:r>
        <w:t>Gövde yüksek dayanımlı alaşımlı çelikten, ısıl işlem görmüş ve tam polisajlı korozyona dayanıklı yüzeyli olacaktır.</w:t>
      </w:r>
    </w:p>
    <w:p w14:paraId="47C7EDEF" w14:textId="77777777" w:rsidR="002D7E40" w:rsidRDefault="002D7E40" w:rsidP="002D7E40">
      <w:pPr>
        <w:pStyle w:val="ListeMaddemi"/>
        <w:spacing w:after="80" w:line="264" w:lineRule="auto"/>
      </w:pPr>
      <w:r>
        <w:t>Erkek kare uçta lokmayı güvenli tutan yaylı bilya, dişi uçta sürücü ile uyumlu kilitleme kanalı bulunacaktır.</w:t>
      </w:r>
    </w:p>
    <w:p w14:paraId="5BFFD173" w14:textId="77777777" w:rsidR="002D7E40" w:rsidRDefault="002D7E40" w:rsidP="002D7E40">
      <w:pPr>
        <w:pStyle w:val="ListeMaddemi"/>
        <w:spacing w:after="80" w:line="264" w:lineRule="auto"/>
      </w:pPr>
      <w:r>
        <w:t>Parça yük altında eğilme, kalıcı deformasyon veya bağlantıdan ayrılma göstermeyecektir.</w:t>
      </w:r>
    </w:p>
    <w:p w14:paraId="00130AA3" w14:textId="77777777" w:rsidR="002D7E40" w:rsidRDefault="002D7E40" w:rsidP="002D7E40">
      <w:pPr>
        <w:pStyle w:val="ListeMaddemi"/>
        <w:spacing w:after="80" w:line="264" w:lineRule="auto"/>
      </w:pPr>
      <w:r>
        <w:t>ASME B107.10/B107.110/B107.500 serisinin ilgili gereklerine uygun olacaktır.</w:t>
      </w:r>
    </w:p>
    <w:p w14:paraId="758BCB3B" w14:textId="77777777" w:rsidR="002D7E40" w:rsidRDefault="002D7E40" w:rsidP="002D7E40"/>
    <w:p w14:paraId="0F00833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61. Büyütücü Adaptör 1/4" F x 3/8" M</w:t>
      </w:r>
    </w:p>
    <w:p w14:paraId="21B74C2C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FF1F061" w14:textId="77777777" w:rsidR="002D7E40" w:rsidRDefault="002D7E40" w:rsidP="002D7E40">
      <w:pPr>
        <w:pStyle w:val="ListeMaddemi"/>
        <w:spacing w:after="80" w:line="264" w:lineRule="auto"/>
      </w:pPr>
      <w:r>
        <w:t>Ürün; Büyütücü Adaptör 1/4" F x 3/8" M tipinde ve belirtilen bütün ölçü, sürücü, ağız/uç, gövde boyu ve köşe sayısı özelliklerine sahip olacaktır.</w:t>
      </w:r>
    </w:p>
    <w:p w14:paraId="4F9F7C26" w14:textId="77777777" w:rsidR="002D7E40" w:rsidRDefault="002D7E40" w:rsidP="002D7E40">
      <w:pPr>
        <w:pStyle w:val="ListeMaddemi"/>
        <w:spacing w:after="80" w:line="264" w:lineRule="auto"/>
      </w:pPr>
      <w:r>
        <w:t>Giriş ve çıkış tarafları, ürün tanımındaki dişi/erkek kare sürücü yönü ve ölçüleriyle birebir uyumlu olacaktır.</w:t>
      </w:r>
    </w:p>
    <w:p w14:paraId="346A9F83" w14:textId="77777777" w:rsidR="002D7E40" w:rsidRDefault="002D7E40" w:rsidP="002D7E40">
      <w:pPr>
        <w:pStyle w:val="ListeMaddemi"/>
        <w:spacing w:after="80" w:line="264" w:lineRule="auto"/>
      </w:pPr>
      <w:r>
        <w:t>Gövde ısıl işlem görmüş alaşımlı çelikten, tam polisajlı ve korozyona dayanıklı olacaktır.</w:t>
      </w:r>
    </w:p>
    <w:p w14:paraId="79763908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Erkek kare uçta güvenli tutucu bilya bulunacak; yük altında ayrılma veya kalıcı deformasyon oluşmayacaktır.</w:t>
      </w:r>
    </w:p>
    <w:p w14:paraId="4776DCF2" w14:textId="77777777" w:rsidR="002D7E40" w:rsidRDefault="002D7E40" w:rsidP="002D7E40">
      <w:pPr>
        <w:pStyle w:val="ListeMaddemi"/>
        <w:spacing w:after="80" w:line="264" w:lineRule="auto"/>
      </w:pPr>
      <w:r>
        <w:t>Manuel lokma takımları için olacak ve ASME B107.10/B107.500 veya eşdeğerine uygun olacaktır.</w:t>
      </w:r>
    </w:p>
    <w:p w14:paraId="3606FF44" w14:textId="77777777" w:rsidR="002D7E40" w:rsidRDefault="002D7E40" w:rsidP="002D7E40"/>
    <w:p w14:paraId="457B94E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62. Düşürücü Adaptör 3/8" F x 1/4" M</w:t>
      </w:r>
    </w:p>
    <w:p w14:paraId="310BC9B8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C4657FC" w14:textId="77777777" w:rsidR="002D7E40" w:rsidRDefault="002D7E40" w:rsidP="002D7E40">
      <w:pPr>
        <w:pStyle w:val="ListeMaddemi"/>
        <w:spacing w:after="80" w:line="264" w:lineRule="auto"/>
      </w:pPr>
      <w:r>
        <w:t>Ürün; Düşürücü Adaptör 3/8" F x 1/4" M tipinde ve belirtilen bütün ölçü, sürücü, ağız/uç, gövde boyu ve köşe sayısı özelliklerine sahip olacaktır.</w:t>
      </w:r>
    </w:p>
    <w:p w14:paraId="21AA249B" w14:textId="77777777" w:rsidR="002D7E40" w:rsidRDefault="002D7E40" w:rsidP="002D7E40">
      <w:pPr>
        <w:pStyle w:val="ListeMaddemi"/>
        <w:spacing w:after="80" w:line="264" w:lineRule="auto"/>
      </w:pPr>
      <w:r>
        <w:t>Giriş ve çıkış tarafları, ürün tanımındaki dişi/erkek kare sürücü yönü ve ölçüleriyle birebir uyumlu olacaktır.</w:t>
      </w:r>
    </w:p>
    <w:p w14:paraId="174B21C8" w14:textId="77777777" w:rsidR="002D7E40" w:rsidRDefault="002D7E40" w:rsidP="002D7E40">
      <w:pPr>
        <w:pStyle w:val="ListeMaddemi"/>
        <w:spacing w:after="80" w:line="264" w:lineRule="auto"/>
      </w:pPr>
      <w:r>
        <w:t>Gövde ısıl işlem görmüş alaşımlı çelikten, tam polisajlı ve korozyona dayanıklı olacaktır.</w:t>
      </w:r>
    </w:p>
    <w:p w14:paraId="385BB678" w14:textId="77777777" w:rsidR="002D7E40" w:rsidRDefault="002D7E40" w:rsidP="002D7E40">
      <w:pPr>
        <w:pStyle w:val="ListeMaddemi"/>
        <w:spacing w:after="80" w:line="264" w:lineRule="auto"/>
      </w:pPr>
      <w:r>
        <w:t>Erkek kare uçta güvenli tutucu bilya bulunacak; yük altında ayrılma veya kalıcı deformasyon oluşmayacaktır.</w:t>
      </w:r>
    </w:p>
    <w:p w14:paraId="3173F801" w14:textId="77777777" w:rsidR="002D7E40" w:rsidRDefault="002D7E40" w:rsidP="002D7E40">
      <w:pPr>
        <w:pStyle w:val="ListeMaddemi"/>
        <w:spacing w:after="80" w:line="264" w:lineRule="auto"/>
      </w:pPr>
      <w:r>
        <w:t>Manuel lokma takımları için olacak ve ASME B107.10/B107.500 veya eşdeğerine uygun olacaktır.</w:t>
      </w:r>
    </w:p>
    <w:p w14:paraId="48FE131B" w14:textId="77777777" w:rsidR="002D7E40" w:rsidRDefault="002D7E40" w:rsidP="002D7E40"/>
    <w:p w14:paraId="562FDD5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63. 1/4" Sürücülü Üniversal Mafsal</w:t>
      </w:r>
    </w:p>
    <w:p w14:paraId="054BD12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48A306D4" w14:textId="77777777" w:rsidR="002D7E40" w:rsidRDefault="002D7E40" w:rsidP="002D7E40">
      <w:pPr>
        <w:pStyle w:val="ListeMaddemi"/>
        <w:spacing w:after="80" w:line="264" w:lineRule="auto"/>
      </w:pPr>
      <w:r>
        <w:t>Ürün; 1/4" Sürücülü Üniversal Mafsal tipinde ve belirtilen bütün ölçü, sürücü, ağız/uç, gövde boyu ve köşe sayısı özelliklerine sahip olacaktır.</w:t>
      </w:r>
    </w:p>
    <w:p w14:paraId="3149C80F" w14:textId="77777777" w:rsidR="002D7E40" w:rsidRDefault="002D7E40" w:rsidP="002D7E40">
      <w:pPr>
        <w:pStyle w:val="ListeMaddemi"/>
        <w:spacing w:after="80" w:line="264" w:lineRule="auto"/>
      </w:pPr>
      <w:r>
        <w:t>Mafsallı yapı açılı ve eksen kaçıklığı bulunan çalışmalarda takılmadan hareket edecek, aşırı boşluk göstermeyecektir.</w:t>
      </w:r>
    </w:p>
    <w:p w14:paraId="768CC781" w14:textId="77777777" w:rsidR="002D7E40" w:rsidRDefault="002D7E40" w:rsidP="002D7E40">
      <w:pPr>
        <w:pStyle w:val="ListeMaddemi"/>
        <w:spacing w:after="80" w:line="264" w:lineRule="auto"/>
      </w:pPr>
      <w:r>
        <w:t>Giriş ve çıkış kareleri uyumlu olacak; çıkış ucunda lokmayı güvenli tutan mekanizma bulunacaktır.</w:t>
      </w:r>
    </w:p>
    <w:p w14:paraId="11CE9AD3" w14:textId="77777777" w:rsidR="002D7E40" w:rsidRDefault="002D7E40" w:rsidP="002D7E40">
      <w:pPr>
        <w:pStyle w:val="ListeMaddemi"/>
        <w:spacing w:after="80" w:line="264" w:lineRule="auto"/>
      </w:pPr>
      <w:r>
        <w:t>Gövde ve mafsal parçaları ısıl işlem görmüş alaşımlı çelikten, korozyona dayanıklı yüzeyli olacaktır.</w:t>
      </w:r>
    </w:p>
    <w:p w14:paraId="3E1646FA" w14:textId="77777777" w:rsidR="002D7E40" w:rsidRDefault="002D7E40" w:rsidP="002D7E40">
      <w:pPr>
        <w:pStyle w:val="ListeMaddemi"/>
        <w:spacing w:after="80" w:line="264" w:lineRule="auto"/>
      </w:pPr>
      <w:r>
        <w:t>Yük altında ayrılma veya kalıcı deformasyon göstermeyecek; ASME B107.10/B107.500 veya eşdeğerine uygun olacaktır.</w:t>
      </w:r>
    </w:p>
    <w:p w14:paraId="77ADB2BE" w14:textId="77777777" w:rsidR="002D7E40" w:rsidRDefault="002D7E40" w:rsidP="002D7E40"/>
    <w:p w14:paraId="5DAF1FA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64. 3/8" Sürücülü Üniversal Mafsal</w:t>
      </w:r>
    </w:p>
    <w:p w14:paraId="225D4007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6E6E0C87" w14:textId="77777777" w:rsidR="002D7E40" w:rsidRDefault="002D7E40" w:rsidP="002D7E40">
      <w:pPr>
        <w:pStyle w:val="ListeMaddemi"/>
        <w:spacing w:after="80" w:line="264" w:lineRule="auto"/>
      </w:pPr>
      <w:r>
        <w:t>Ürün; 3/8" Sürücülü Üniversal Mafsal tipinde ve belirtilen bütün ölçü, sürücü, ağız/uç, gövde boyu ve köşe sayısı özelliklerine sahip olacaktır.</w:t>
      </w:r>
    </w:p>
    <w:p w14:paraId="0EE39BE5" w14:textId="77777777" w:rsidR="002D7E40" w:rsidRDefault="002D7E40" w:rsidP="002D7E40">
      <w:pPr>
        <w:pStyle w:val="ListeMaddemi"/>
        <w:spacing w:after="80" w:line="264" w:lineRule="auto"/>
      </w:pPr>
      <w:r>
        <w:t>Mafsallı yapı açılı ve eksen kaçıklığı bulunan çalışmalarda takılmadan hareket edecek, aşırı boşluk göstermeyecektir.</w:t>
      </w:r>
    </w:p>
    <w:p w14:paraId="4CE0559D" w14:textId="77777777" w:rsidR="002D7E40" w:rsidRDefault="002D7E40" w:rsidP="002D7E40">
      <w:pPr>
        <w:pStyle w:val="ListeMaddemi"/>
        <w:spacing w:after="80" w:line="264" w:lineRule="auto"/>
      </w:pPr>
      <w:r>
        <w:t>Giriş ve çıkış kareleri uyumlu olacak; çıkış ucunda lokmayı güvenli tutan mekanizma bulunacaktır.</w:t>
      </w:r>
    </w:p>
    <w:p w14:paraId="5541556E" w14:textId="77777777" w:rsidR="002D7E40" w:rsidRDefault="002D7E40" w:rsidP="002D7E40">
      <w:pPr>
        <w:pStyle w:val="ListeMaddemi"/>
        <w:spacing w:after="80" w:line="264" w:lineRule="auto"/>
      </w:pPr>
      <w:r>
        <w:t>Gövde ve mafsal parçaları ısıl işlem görmüş alaşımlı çelikten, korozyona dayanıklı yüzeyli olacaktır.</w:t>
      </w:r>
    </w:p>
    <w:p w14:paraId="46773E4B" w14:textId="77777777" w:rsidR="002D7E40" w:rsidRDefault="002D7E40" w:rsidP="002D7E40">
      <w:pPr>
        <w:pStyle w:val="ListeMaddemi"/>
        <w:spacing w:after="80" w:line="264" w:lineRule="auto"/>
      </w:pPr>
      <w:r>
        <w:t>Yük altında ayrılma veya kalıcı deformasyon göstermeyecek; ASME B107.10/B107.500 veya eşdeğerine uygun olacaktır.</w:t>
      </w:r>
    </w:p>
    <w:p w14:paraId="679D9B36" w14:textId="77777777" w:rsidR="002D7E40" w:rsidRDefault="002D7E40" w:rsidP="002D7E40"/>
    <w:p w14:paraId="245849E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65. 3/8" Sürücülü Fırdöndü</w:t>
      </w:r>
    </w:p>
    <w:p w14:paraId="6A17C9E1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2DA8A7F6" w14:textId="77777777" w:rsidR="002D7E40" w:rsidRDefault="002D7E40" w:rsidP="002D7E40">
      <w:pPr>
        <w:pStyle w:val="ListeMaddemi"/>
        <w:spacing w:after="80" w:line="264" w:lineRule="auto"/>
      </w:pPr>
      <w:r>
        <w:t>Ürün; 3/8" Sürücülü Fırdöndü tipinde ve belirtilen bütün ölçü, sürücü, ağız/uç, gövde boyu ve köşe sayısı özelliklerine sahip olacaktır.</w:t>
      </w:r>
    </w:p>
    <w:p w14:paraId="3A405F6F" w14:textId="77777777" w:rsidR="002D7E40" w:rsidRDefault="002D7E40" w:rsidP="002D7E40">
      <w:pPr>
        <w:pStyle w:val="ListeMaddemi"/>
        <w:spacing w:after="80" w:line="264" w:lineRule="auto"/>
      </w:pPr>
      <w:r>
        <w:t>Mafsallı yapı açılı ve eksen kaçıklığı bulunan çalışmalarda takılmadan hareket edecek, aşırı boşluk göstermeyecektir.</w:t>
      </w:r>
    </w:p>
    <w:p w14:paraId="529A01B6" w14:textId="77777777" w:rsidR="002D7E40" w:rsidRDefault="002D7E40" w:rsidP="002D7E40">
      <w:pPr>
        <w:pStyle w:val="ListeMaddemi"/>
        <w:spacing w:after="80" w:line="264" w:lineRule="auto"/>
      </w:pPr>
      <w:r>
        <w:lastRenderedPageBreak/>
        <w:t>Giriş ve çıkış kareleri uyumlu olacak; çıkış ucunda lokmayı güvenli tutan mekanizma bulunacaktır.</w:t>
      </w:r>
    </w:p>
    <w:p w14:paraId="79407B88" w14:textId="77777777" w:rsidR="002D7E40" w:rsidRDefault="002D7E40" w:rsidP="002D7E40">
      <w:pPr>
        <w:pStyle w:val="ListeMaddemi"/>
        <w:spacing w:after="80" w:line="264" w:lineRule="auto"/>
      </w:pPr>
      <w:r>
        <w:t>Gövde ve mafsal parçaları ısıl işlem görmüş alaşımlı çelikten, korozyona dayanıklı yüzeyli olacaktır.</w:t>
      </w:r>
    </w:p>
    <w:p w14:paraId="39CFF722" w14:textId="77777777" w:rsidR="002D7E40" w:rsidRDefault="002D7E40" w:rsidP="002D7E40">
      <w:pPr>
        <w:pStyle w:val="ListeMaddemi"/>
        <w:spacing w:after="80" w:line="264" w:lineRule="auto"/>
      </w:pPr>
      <w:r>
        <w:t>Yük altında ayrılma veya kalıcı deformasyon göstermeyecek; ASME B107.10/B107.500 veya eşdeğerine uygun olacaktır.</w:t>
      </w:r>
    </w:p>
    <w:p w14:paraId="7A48AE63" w14:textId="77777777" w:rsidR="002D7E40" w:rsidRDefault="002D7E40" w:rsidP="002D7E40"/>
    <w:p w14:paraId="5157006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66. Düz-Yıldız Geçme Kombine Anahtar 1/4" - 12 Köşe</w:t>
      </w:r>
    </w:p>
    <w:p w14:paraId="11B753C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4114A88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1/4" - 12 Köşe tipinde ve belirtilen bütün ölçü, sürücü, ağız/uç, gövde boyu ve köşe sayısı özelliklerine sahip olacaktır.</w:t>
      </w:r>
    </w:p>
    <w:p w14:paraId="5092B46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271F164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6EA6733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029FD60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8E1E577" w14:textId="77777777" w:rsidR="002D7E40" w:rsidRPr="00C14DA9" w:rsidRDefault="002D7E40" w:rsidP="002D7E40">
      <w:pPr>
        <w:rPr>
          <w:lang w:val="da-DK"/>
        </w:rPr>
      </w:pPr>
    </w:p>
    <w:p w14:paraId="1D2CDEC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67. Düz-Yıldız Geçme Kombine Anahtar 5/16" - 12 Köşe</w:t>
      </w:r>
    </w:p>
    <w:p w14:paraId="5D6C1D69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7B1352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5/16" - 12 Köşe tipinde ve belirtilen bütün ölçü, sürücü, ağız/uç, gövde boyu ve köşe sayısı özelliklerine sahip olacaktır.</w:t>
      </w:r>
    </w:p>
    <w:p w14:paraId="045154F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3F345C5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56C8728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62DF03A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209C109C" w14:textId="77777777" w:rsidR="002D7E40" w:rsidRPr="00C14DA9" w:rsidRDefault="002D7E40" w:rsidP="002D7E40">
      <w:pPr>
        <w:rPr>
          <w:lang w:val="da-DK"/>
        </w:rPr>
      </w:pPr>
    </w:p>
    <w:p w14:paraId="1E35FC9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68. Düz-Yıldız Geçme Kombine Anahtar 11/32" - 12 Köşe</w:t>
      </w:r>
    </w:p>
    <w:p w14:paraId="18276D5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B99951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11/32" - 12 Köşe tipinde ve belirtilen bütün ölçü, sürücü, ağız/uç, gövde boyu ve köşe sayısı özelliklerine sahip olacaktır.</w:t>
      </w:r>
    </w:p>
    <w:p w14:paraId="0DF8827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11B11E0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52D947A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749FE24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34B9D375" w14:textId="77777777" w:rsidR="002D7E40" w:rsidRPr="00C14DA9" w:rsidRDefault="002D7E40" w:rsidP="002D7E40">
      <w:pPr>
        <w:rPr>
          <w:lang w:val="da-DK"/>
        </w:rPr>
      </w:pPr>
    </w:p>
    <w:p w14:paraId="57F1F290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69. Düz-Yıldız Geçme Kombine Anahtar 3/8" - 12 Köşe</w:t>
      </w:r>
    </w:p>
    <w:p w14:paraId="77F36DF4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0CE1C3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3/8" - 12 Köşe tipinde ve belirtilen bütün ölçü, sürücü, ağız/uç, gövde boyu ve köşe sayısı özelliklerine sahip olacaktır.</w:t>
      </w:r>
    </w:p>
    <w:p w14:paraId="0E1CECC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Açık ağız ve yıldız ağız aynı nominal ölçüde olacak; ağız toleransları bağlantı elemanına zarar vermeyecek hassasiyette olacaktır.</w:t>
      </w:r>
    </w:p>
    <w:p w14:paraId="06B3773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2DF231C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3F6D931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69B0985E" w14:textId="77777777" w:rsidR="002D7E40" w:rsidRPr="00C14DA9" w:rsidRDefault="002D7E40" w:rsidP="002D7E40">
      <w:pPr>
        <w:rPr>
          <w:lang w:val="da-DK"/>
        </w:rPr>
      </w:pPr>
    </w:p>
    <w:p w14:paraId="36D2452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70. Düz-Yıldız Geçme Kombine Anahtar 7/16" - 12 Köşe</w:t>
      </w:r>
    </w:p>
    <w:p w14:paraId="3BB31446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01DA2F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7/16" - 12 Köşe tipinde ve belirtilen bütün ölçü, sürücü, ağız/uç, gövde boyu ve köşe sayısı özelliklerine sahip olacaktır.</w:t>
      </w:r>
    </w:p>
    <w:p w14:paraId="6C028A6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388501C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61A270D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2FCF7C0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5D64B3F" w14:textId="77777777" w:rsidR="002D7E40" w:rsidRPr="00C14DA9" w:rsidRDefault="002D7E40" w:rsidP="002D7E40">
      <w:pPr>
        <w:rPr>
          <w:lang w:val="da-DK"/>
        </w:rPr>
      </w:pPr>
    </w:p>
    <w:p w14:paraId="491191E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71. Düz-Yıldız Geçme Kombine Anahtar 1/2" - 12 Köşe</w:t>
      </w:r>
    </w:p>
    <w:p w14:paraId="4216C825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7F0917F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1/2" - 12 Köşe tipinde ve belirtilen bütün ölçü, sürücü, ağız/uç, gövde boyu ve köşe sayısı özelliklerine sahip olacaktır.</w:t>
      </w:r>
    </w:p>
    <w:p w14:paraId="1AEA625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2CCB48D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0DB66AE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2A2ED62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61D9D07C" w14:textId="77777777" w:rsidR="002D7E40" w:rsidRPr="00C14DA9" w:rsidRDefault="002D7E40" w:rsidP="002D7E40">
      <w:pPr>
        <w:rPr>
          <w:lang w:val="da-DK"/>
        </w:rPr>
      </w:pPr>
    </w:p>
    <w:p w14:paraId="7C2001B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72. Düz-Yıldız Geçme Kombine Anahtar 9/16" - 12 Köşe</w:t>
      </w:r>
    </w:p>
    <w:p w14:paraId="72EF5738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2F1FBF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9/16" - 12 Köşe tipinde ve belirtilen bütün ölçü, sürücü, ağız/uç, gövde boyu ve köşe sayısı özelliklerine sahip olacaktır.</w:t>
      </w:r>
    </w:p>
    <w:p w14:paraId="785B75D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67C392E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54E7F9A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6260F23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3C397941" w14:textId="77777777" w:rsidR="002D7E40" w:rsidRPr="00C14DA9" w:rsidRDefault="002D7E40" w:rsidP="002D7E40">
      <w:pPr>
        <w:rPr>
          <w:lang w:val="da-DK"/>
        </w:rPr>
      </w:pPr>
    </w:p>
    <w:p w14:paraId="03ED98D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73. Düz-Yıldız Geçme Kombine Anahtar 5/8" - 12 Köşe</w:t>
      </w:r>
    </w:p>
    <w:p w14:paraId="4D0C5A79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DF7B7E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5/8" - 12 Köşe tipinde ve belirtilen bütün ölçü, sürücü, ağız/uç, gövde boyu ve köşe sayısı özelliklerine sahip olacaktır.</w:t>
      </w:r>
    </w:p>
    <w:p w14:paraId="53574B5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Açık ağız ve yıldız ağız aynı nominal ölçüde olacak; ağız toleransları bağlantı elemanına zarar vermeyecek hassasiyette olacaktır.</w:t>
      </w:r>
    </w:p>
    <w:p w14:paraId="56F1755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08302BD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3B0E42F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2D2B4370" w14:textId="77777777" w:rsidR="002D7E40" w:rsidRPr="00C14DA9" w:rsidRDefault="002D7E40" w:rsidP="002D7E40">
      <w:pPr>
        <w:rPr>
          <w:lang w:val="da-DK"/>
        </w:rPr>
      </w:pPr>
    </w:p>
    <w:p w14:paraId="6FC6ED6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74. Düz-Yıldız Geçme Kombine Anahtar 11/16" - 12 Köşe</w:t>
      </w:r>
    </w:p>
    <w:p w14:paraId="3D8DD6AB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571209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11/16" - 12 Köşe tipinde ve belirtilen bütün ölçü, sürücü, ağız/uç, gövde boyu ve köşe sayısı özelliklerine sahip olacaktır.</w:t>
      </w:r>
    </w:p>
    <w:p w14:paraId="5FFBD26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5AC30D2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07DBC42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15007D6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ED7E0F0" w14:textId="77777777" w:rsidR="002D7E40" w:rsidRPr="00C14DA9" w:rsidRDefault="002D7E40" w:rsidP="002D7E40">
      <w:pPr>
        <w:rPr>
          <w:lang w:val="da-DK"/>
        </w:rPr>
      </w:pPr>
    </w:p>
    <w:p w14:paraId="4ADD2F1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75. Düz-Yıldız Geçme Kombine Anahtar 3/4" - 12 Köşe</w:t>
      </w:r>
    </w:p>
    <w:p w14:paraId="2263EE94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EC4753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3/4" - 12 Köşe tipinde ve belirtilen bütün ölçü, sürücü, ağız/uç, gövde boyu ve köşe sayısı özelliklerine sahip olacaktır.</w:t>
      </w:r>
    </w:p>
    <w:p w14:paraId="01D1837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5DAD46F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5B8870A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1C56E8B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D29E4AE" w14:textId="77777777" w:rsidR="002D7E40" w:rsidRPr="00C14DA9" w:rsidRDefault="002D7E40" w:rsidP="002D7E40">
      <w:pPr>
        <w:rPr>
          <w:lang w:val="da-DK"/>
        </w:rPr>
      </w:pPr>
    </w:p>
    <w:p w14:paraId="5B36D64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76. Düz-Yıldız Geçme Kombine Anahtar 13/16" - 12 Köşe</w:t>
      </w:r>
    </w:p>
    <w:p w14:paraId="61C65CCB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1E2C82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13/16" - 12 Köşe tipinde ve belirtilen bütün ölçü, sürücü, ağız/uç, gövde boyu ve köşe sayısı özelliklerine sahip olacaktır.</w:t>
      </w:r>
    </w:p>
    <w:p w14:paraId="4424D23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53A23AB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11B4309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48B7DE3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50D52FB6" w14:textId="77777777" w:rsidR="002D7E40" w:rsidRPr="00C14DA9" w:rsidRDefault="002D7E40" w:rsidP="002D7E40">
      <w:pPr>
        <w:rPr>
          <w:lang w:val="da-DK"/>
        </w:rPr>
      </w:pPr>
    </w:p>
    <w:p w14:paraId="1D942E6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77. Düz-Yıldız Geçme Kombine Anahtar 7/8" - 12 Köşe</w:t>
      </w:r>
    </w:p>
    <w:p w14:paraId="58C45A9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7FD334E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7/8" - 12 Köşe tipinde ve belirtilen bütün ölçü, sürücü, ağız/uç, gövde boyu ve köşe sayısı özelliklerine sahip olacaktır.</w:t>
      </w:r>
    </w:p>
    <w:p w14:paraId="64A1860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Açık ağız ve yıldız ağız aynı nominal ölçüde olacak; ağız toleransları bağlantı elemanına zarar vermeyecek hassasiyette olacaktır.</w:t>
      </w:r>
    </w:p>
    <w:p w14:paraId="239F2A4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2C25FC6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4850B2A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5AE21265" w14:textId="77777777" w:rsidR="002D7E40" w:rsidRPr="00C14DA9" w:rsidRDefault="002D7E40" w:rsidP="002D7E40">
      <w:pPr>
        <w:rPr>
          <w:lang w:val="da-DK"/>
        </w:rPr>
      </w:pPr>
    </w:p>
    <w:p w14:paraId="2DE89E3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78. Düz-Yıldız Geçme Kombine Anahtar 15/16" - 12 Köşe</w:t>
      </w:r>
    </w:p>
    <w:p w14:paraId="500A3836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31B4B1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15/16" - 12 Köşe tipinde ve belirtilen bütün ölçü, sürücü, ağız/uç, gövde boyu ve köşe sayısı özelliklerine sahip olacaktır.</w:t>
      </w:r>
    </w:p>
    <w:p w14:paraId="391D1C5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2CD4B45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7716F75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471BDC5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12E0A257" w14:textId="77777777" w:rsidR="002D7E40" w:rsidRPr="00C14DA9" w:rsidRDefault="002D7E40" w:rsidP="002D7E40">
      <w:pPr>
        <w:rPr>
          <w:lang w:val="da-DK"/>
        </w:rPr>
      </w:pPr>
    </w:p>
    <w:p w14:paraId="4EC0A7F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79. Düz-Yıldız Geçme Kombine Anahtar 1" - 12 Köşe</w:t>
      </w:r>
    </w:p>
    <w:p w14:paraId="4FF79534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823BEC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Geçme Kombine Anahtar 1" - 12 Köşe tipinde ve belirtilen bütün ölçü, sürücü, ağız/uç, gövde boyu ve köşe sayısı özelliklerine sahip olacaktır.</w:t>
      </w:r>
    </w:p>
    <w:p w14:paraId="3E5A14A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20D663D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5BC20D6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3E88BC0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1EA308D4" w14:textId="77777777" w:rsidR="002D7E40" w:rsidRPr="00C14DA9" w:rsidRDefault="002D7E40" w:rsidP="002D7E40">
      <w:pPr>
        <w:rPr>
          <w:lang w:val="da-DK"/>
        </w:rPr>
      </w:pPr>
    </w:p>
    <w:p w14:paraId="6F96792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80. 7 Parça Mini Tip Kombine Anahtar Seti 12 Köşe (3/16-3/8")</w:t>
      </w:r>
    </w:p>
    <w:p w14:paraId="7AB248E5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24A36BE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7 Parça Mini Tip Kombine Anahtar Seti 12 Köşe (3/16-3/8") tipinde ve belirtilen bütün ölçü, sürücü, ağız/uç, gövde boyu ve köşe sayısı özelliklerine sahip olacaktır.</w:t>
      </w:r>
    </w:p>
    <w:p w14:paraId="2C6F80B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4CA9D9B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2B1287F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00F6EEF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1C394FB9" w14:textId="77777777" w:rsidR="002D7E40" w:rsidRPr="00C14DA9" w:rsidRDefault="002D7E40" w:rsidP="002D7E40">
      <w:pPr>
        <w:rPr>
          <w:lang w:val="da-DK"/>
        </w:rPr>
      </w:pPr>
    </w:p>
    <w:p w14:paraId="5DB41A3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81. Mini Tip Kombine Anahtar 6 Köşe 1/8"</w:t>
      </w:r>
    </w:p>
    <w:p w14:paraId="615E833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1DBAA7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Mini Tip Kombine Anahtar 6 Köşe 1/8" tipinde ve belirtilen bütün ölçü, sürücü, ağız/uç, gövde boyu ve köşe sayısı özelliklerine sahip olacaktır.</w:t>
      </w:r>
    </w:p>
    <w:p w14:paraId="6326A15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Açık ağız ve yıldız ağız aynı nominal ölçüde olacak; ağız toleransları bağlantı elemanına zarar vermeyecek hassasiyette olacaktır.</w:t>
      </w:r>
    </w:p>
    <w:p w14:paraId="5C0977B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72421C1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6D3C872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61ACE0C" w14:textId="77777777" w:rsidR="002D7E40" w:rsidRPr="00C14DA9" w:rsidRDefault="002D7E40" w:rsidP="002D7E40">
      <w:pPr>
        <w:rPr>
          <w:lang w:val="da-DK"/>
        </w:rPr>
      </w:pPr>
    </w:p>
    <w:p w14:paraId="0D5F703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82. Mini Tip Kombine Anahtar 6 Köşe 5/32"</w:t>
      </w:r>
    </w:p>
    <w:p w14:paraId="216096E5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189896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Mini Tip Kombine Anahtar 6 Köşe 5/32" tipinde ve belirtilen bütün ölçü, sürücü, ağız/uç, gövde boyu ve köşe sayısı özelliklerine sahip olacaktır.</w:t>
      </w:r>
    </w:p>
    <w:p w14:paraId="6469602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Açık ağız ve yıldız ağız aynı nominal ölçüde olacak; ağız toleransları bağlantı elemanına zarar vermeyecek hassasiyette olacaktır.</w:t>
      </w:r>
    </w:p>
    <w:p w14:paraId="399A9E4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alaşımlı çelikten, ısıl işlem görmüş, tam polisajlı ve korozyona dayanıklı olacaktır.</w:t>
      </w:r>
    </w:p>
    <w:p w14:paraId="7BB7933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Yıldız ağız yükü köşeler yerine bağlantı elemanının yan yüzeylerine dağıtan geometriye sahip olacaktır.</w:t>
      </w:r>
    </w:p>
    <w:p w14:paraId="4C96808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 kalıcı ve okunaklı işaretlenecek; ASME B107.100/B107.500 veya eşdeğerine uygun olacaktır.</w:t>
      </w:r>
    </w:p>
    <w:p w14:paraId="44CD06F8" w14:textId="77777777" w:rsidR="002D7E40" w:rsidRPr="00C14DA9" w:rsidRDefault="002D7E40" w:rsidP="002D7E40">
      <w:pPr>
        <w:rPr>
          <w:lang w:val="da-DK"/>
        </w:rPr>
      </w:pPr>
    </w:p>
    <w:p w14:paraId="089128B8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83. Düz Göbekten Cırcır Anahtar 1/4" x 5/16" - 12 Köşe</w:t>
      </w:r>
    </w:p>
    <w:p w14:paraId="43D3DF67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22E53F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Göbekten Cırcır Anahtar 1/4" x 5/16" - 12 Köşe tipinde ve belirtilen bütün ölçü, sürücü, ağız/uç, gövde boyu ve köşe sayısı özelliklerine sahip olacaktır.</w:t>
      </w:r>
    </w:p>
    <w:p w14:paraId="3658645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Her iki uç ürün tanımında verilen ölçülerde ve 12 köşe geometrili olacaktır.</w:t>
      </w:r>
    </w:p>
    <w:p w14:paraId="780DC16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Cırcır mekanizması düşük salınım açılı, her iki yönde yük altında diş atlamadan ve sıkışmadan çalışacaktır.</w:t>
      </w:r>
    </w:p>
    <w:p w14:paraId="42C28DC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ısıl işlem görmüş alaşımlı çelikten, tam polisajlı ve korozyona dayanıklı olacaktır.</w:t>
      </w:r>
    </w:p>
    <w:p w14:paraId="3CC5C5A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Ölçüler kalıcı biçimde işaretlenecek ve anahtar profesyonel tekrarlı kullanıma uygun olacaktır.</w:t>
      </w:r>
    </w:p>
    <w:p w14:paraId="0A3CD158" w14:textId="77777777" w:rsidR="002D7E40" w:rsidRPr="00C14DA9" w:rsidRDefault="002D7E40" w:rsidP="002D7E40">
      <w:pPr>
        <w:rPr>
          <w:lang w:val="da-DK"/>
        </w:rPr>
      </w:pPr>
    </w:p>
    <w:p w14:paraId="5A37D47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84. Düz Göbekten Cırcır Anahtar 3/8" x 7/16" - 12 Köşe</w:t>
      </w:r>
    </w:p>
    <w:p w14:paraId="2ADFB01B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273B67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Göbekten Cırcır Anahtar 3/8" x 7/16" - 12 Köşe tipinde ve belirtilen bütün ölçü, sürücü, ağız/uç, gövde boyu ve köşe sayısı özelliklerine sahip olacaktır.</w:t>
      </w:r>
    </w:p>
    <w:p w14:paraId="0C2C48C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Her iki uç ürün tanımında verilen ölçülerde ve 12 köşe geometrili olacaktır.</w:t>
      </w:r>
    </w:p>
    <w:p w14:paraId="19F0C7B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Cırcır mekanizması düşük salınım açılı, her iki yönde yük altında diş atlamadan ve sıkışmadan çalışacaktır.</w:t>
      </w:r>
    </w:p>
    <w:p w14:paraId="4529C37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ısıl işlem görmüş alaşımlı çelikten, tam polisajlı ve korozyona dayanıklı olacaktır.</w:t>
      </w:r>
    </w:p>
    <w:p w14:paraId="6E3D8BB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Ölçüler kalıcı biçimde işaretlenecek ve anahtar profesyonel tekrarlı kullanıma uygun olacaktır.</w:t>
      </w:r>
    </w:p>
    <w:p w14:paraId="4A25EE9B" w14:textId="77777777" w:rsidR="002D7E40" w:rsidRPr="00C14DA9" w:rsidRDefault="002D7E40" w:rsidP="002D7E40">
      <w:pPr>
        <w:rPr>
          <w:lang w:val="da-DK"/>
        </w:rPr>
      </w:pPr>
    </w:p>
    <w:p w14:paraId="2C3F855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85. Düz Göbekten Cırcır Anahtar 1/2" x 9/16" - 12 Köşe</w:t>
      </w:r>
    </w:p>
    <w:p w14:paraId="1BEBADC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B7599B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Göbekten Cırcır Anahtar 1/2" x 9/16" - 12 Köşe tipinde ve belirtilen bütün ölçü, sürücü, ağız/uç, gövde boyu ve köşe sayısı özelliklerine sahip olacaktır.</w:t>
      </w:r>
    </w:p>
    <w:p w14:paraId="2996915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Her iki uç ürün tanımında verilen ölçülerde ve 12 köşe geometrili olacaktır.</w:t>
      </w:r>
    </w:p>
    <w:p w14:paraId="10538A1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Cırcır mekanizması düşük salınım açılı, her iki yönde yük altında diş atlamadan ve sıkışmadan çalışacaktır.</w:t>
      </w:r>
    </w:p>
    <w:p w14:paraId="6FE6082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Gövde ısıl işlem görmüş alaşımlı çelikten, tam polisajlı ve korozyona dayanıklı olacaktır.</w:t>
      </w:r>
    </w:p>
    <w:p w14:paraId="66D45C1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Ölçüler kalıcı biçimde işaretlenecek ve anahtar profesyonel tekrarlı kullanıma uygun olacaktır.</w:t>
      </w:r>
    </w:p>
    <w:p w14:paraId="7BDD0184" w14:textId="77777777" w:rsidR="002D7E40" w:rsidRPr="00C14DA9" w:rsidRDefault="002D7E40" w:rsidP="002D7E40">
      <w:pPr>
        <w:rPr>
          <w:lang w:val="da-DK"/>
        </w:rPr>
      </w:pPr>
    </w:p>
    <w:p w14:paraId="6890232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86. Kurbağacık Anahtar 6"</w:t>
      </w:r>
    </w:p>
    <w:p w14:paraId="7CA0A4B1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9DB163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Kurbağacık Anahtar 6" tipinde ve belirtilen bütün ölçü, sürücü, ağız/uç, gövde boyu ve köşe sayısı özelliklerine sahip olacaktır.</w:t>
      </w:r>
    </w:p>
    <w:p w14:paraId="24F0C00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Sabit ve hareketli çeneler paralel, düzgün yüzeyli ve bağlantı elemanını güvenle kavrayacak hassasiyette olacaktır.</w:t>
      </w:r>
    </w:p>
    <w:p w14:paraId="4304C52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Ayar vidası boşluksuz ve takılmadan çalışacak, yük altında ayarını koruyacaktır.</w:t>
      </w:r>
    </w:p>
    <w:p w14:paraId="290B805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alaşımlı çelikten, korozyona dayanıklı kaplamalı olacaktır.</w:t>
      </w:r>
    </w:p>
    <w:p w14:paraId="3947856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 açıklığı için kalıcı ölçek bulunacak; ASME B107.100 veya eşdeğerine uygun olacaktır.</w:t>
      </w:r>
    </w:p>
    <w:p w14:paraId="07D50381" w14:textId="77777777" w:rsidR="002D7E40" w:rsidRPr="00C14DA9" w:rsidRDefault="002D7E40" w:rsidP="002D7E40">
      <w:pPr>
        <w:rPr>
          <w:lang w:val="da-DK"/>
        </w:rPr>
      </w:pPr>
    </w:p>
    <w:p w14:paraId="11F42BD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87. Kurbağacık Anahtar 8"</w:t>
      </w:r>
    </w:p>
    <w:p w14:paraId="5F4328AE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2E7C76E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Kurbağacık Anahtar 8" tipinde ve belirtilen bütün ölçü, sürücü, ağız/uç, gövde boyu ve köşe sayısı özelliklerine sahip olacaktır.</w:t>
      </w:r>
    </w:p>
    <w:p w14:paraId="77EB222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Sabit ve hareketli çeneler paralel, düzgün yüzeyli ve bağlantı elemanını güvenle kavrayacak hassasiyette olacaktır.</w:t>
      </w:r>
    </w:p>
    <w:p w14:paraId="128A645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Ayar vidası boşluksuz ve takılmadan çalışacak, yük altında ayarını koruyacaktır.</w:t>
      </w:r>
    </w:p>
    <w:p w14:paraId="6238821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alaşımlı çelikten, korozyona dayanıklı kaplamalı olacaktır.</w:t>
      </w:r>
    </w:p>
    <w:p w14:paraId="2CE2E14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 açıklığı için kalıcı ölçek bulunacak; ASME B107.100 veya eşdeğerine uygun olacaktır.</w:t>
      </w:r>
    </w:p>
    <w:p w14:paraId="16E93A7C" w14:textId="77777777" w:rsidR="002D7E40" w:rsidRPr="00C14DA9" w:rsidRDefault="002D7E40" w:rsidP="002D7E40">
      <w:pPr>
        <w:rPr>
          <w:lang w:val="da-DK"/>
        </w:rPr>
      </w:pPr>
    </w:p>
    <w:p w14:paraId="0C756AC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88. Kurbağacık Anahtar 10"</w:t>
      </w:r>
    </w:p>
    <w:p w14:paraId="0F8E5C4B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377505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Kurbağacık Anahtar 10" tipinde ve belirtilen bütün ölçü, sürücü, ağız/uç, gövde boyu ve köşe sayısı özelliklerine sahip olacaktır.</w:t>
      </w:r>
    </w:p>
    <w:p w14:paraId="7352AC3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Sabit ve hareketli çeneler paralel, düzgün yüzeyli ve bağlantı elemanını güvenle kavrayacak hassasiyette olacaktır.</w:t>
      </w:r>
    </w:p>
    <w:p w14:paraId="45A5AF2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Ayar vidası boşluksuz ve takılmadan çalışacak, yük altında ayarını koruyacaktır.</w:t>
      </w:r>
    </w:p>
    <w:p w14:paraId="003DE1C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alaşımlı çelikten, korozyona dayanıklı kaplamalı olacaktır.</w:t>
      </w:r>
    </w:p>
    <w:p w14:paraId="610AA0D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 açıklığı için kalıcı ölçek bulunacak; ASME B107.100 veya eşdeğerine uygun olacaktır.</w:t>
      </w:r>
    </w:p>
    <w:p w14:paraId="6FC988B6" w14:textId="77777777" w:rsidR="002D7E40" w:rsidRPr="00C14DA9" w:rsidRDefault="002D7E40" w:rsidP="002D7E40">
      <w:pPr>
        <w:rPr>
          <w:lang w:val="da-DK"/>
        </w:rPr>
      </w:pPr>
    </w:p>
    <w:p w14:paraId="218E9B3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89. Z Tipi Yıldız Tornavida PH1-2</w:t>
      </w:r>
    </w:p>
    <w:p w14:paraId="76E5527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6987B2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Z Tipi Yıldız Tornavida PH1-2 tipinde ve belirtilen bütün ölçü, sürücü, ağız/uç, gövde boyu ve köşe sayısı özelliklerine sahip olacaktır.</w:t>
      </w:r>
    </w:p>
    <w:p w14:paraId="32B8CFA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7702D64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Uç geometrisi vida yuvasına tam oturacak, kayma ve bağlantı elemanına zarar verme riskini azaltacak hassasiyette işlenecektir.</w:t>
      </w:r>
    </w:p>
    <w:p w14:paraId="42E3BD8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35EBE75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3617175A" w14:textId="77777777" w:rsidR="002D7E40" w:rsidRPr="00C14DA9" w:rsidRDefault="002D7E40" w:rsidP="002D7E40">
      <w:pPr>
        <w:rPr>
          <w:lang w:val="da-DK"/>
        </w:rPr>
      </w:pPr>
    </w:p>
    <w:p w14:paraId="2EE79F4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90. Z Tipi Düz Tornavida 1x5.5</w:t>
      </w:r>
    </w:p>
    <w:p w14:paraId="06D5460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EEB291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Z Tipi Düz Tornavida 1x5.5 tipinde ve belirtilen bütün ölçü, sürücü, ağız/uç, gövde boyu ve köşe sayısı özelliklerine sahip olacaktır.</w:t>
      </w:r>
    </w:p>
    <w:p w14:paraId="5E9549C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203D188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62E227A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191888F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5D4A3368" w14:textId="77777777" w:rsidR="002D7E40" w:rsidRPr="00C14DA9" w:rsidRDefault="002D7E40" w:rsidP="002D7E40">
      <w:pPr>
        <w:rPr>
          <w:lang w:val="da-DK"/>
        </w:rPr>
      </w:pPr>
    </w:p>
    <w:p w14:paraId="02A2FCEB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91. Düz-Yıldız Elektronikçi Tornavida Seti</w:t>
      </w:r>
    </w:p>
    <w:p w14:paraId="41CD789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297518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Düz-Yıldız Elektronikçi Tornavida Seti tipinde ve belirtilen bütün ölçü, sürücü, ağız/uç, gövde boyu ve köşe sayısı özelliklerine sahip olacaktır.</w:t>
      </w:r>
    </w:p>
    <w:p w14:paraId="021FACB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1432C2C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7A6811C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Elektronikçi/ESD olarak tanımlanan ürün, elektrostatik yükün kontrollü boşalmasını sağlayan ESD güvenli sapa sahip olacak ve üretici teknik belgesiyle doğrulanacaktır.</w:t>
      </w:r>
    </w:p>
    <w:p w14:paraId="057ED34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Set, ürün tanımında belirtilen parça sayısı ile düz/yıldız uç çeşitlerinin tamamını düzenleyici kutu veya taşıyıcı içinde içerecektir.</w:t>
      </w:r>
    </w:p>
    <w:p w14:paraId="6D7D4135" w14:textId="77777777" w:rsidR="002D7E40" w:rsidRPr="00C14DA9" w:rsidRDefault="002D7E40" w:rsidP="002D7E40">
      <w:pPr>
        <w:rPr>
          <w:lang w:val="da-DK"/>
        </w:rPr>
      </w:pPr>
    </w:p>
    <w:p w14:paraId="793B815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92. Saatçi Tornavida Seti 6 Parça Düz/Yıldız</w:t>
      </w:r>
    </w:p>
    <w:p w14:paraId="7ADDE6CE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2DEC64F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Saatçi Tornavida Seti 6 Parça Düz/Yıldız tipinde ve belirtilen bütün ölçü, sürücü, ağız/uç, gövde boyu ve köşe sayısı özelliklerine sahip olacaktır.</w:t>
      </w:r>
    </w:p>
    <w:p w14:paraId="60E9785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77BABF6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524DC0C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0BE9CE4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Set, ürün tanımında belirtilen parça sayısı ile düz/yıldız uç çeşitlerinin tamamını düzenleyici kutu veya taşıyıcı içinde içerecektir.</w:t>
      </w:r>
    </w:p>
    <w:p w14:paraId="239BBC9C" w14:textId="77777777" w:rsidR="002D7E40" w:rsidRPr="00C14DA9" w:rsidRDefault="002D7E40" w:rsidP="002D7E40">
      <w:pPr>
        <w:rPr>
          <w:lang w:val="da-DK"/>
        </w:rPr>
      </w:pPr>
    </w:p>
    <w:p w14:paraId="289F6A5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93. Elektronikçi Düz Tornavida 1/8", Bıçak Boyu 8" x Tam Boyu 11-3/8"</w:t>
      </w:r>
    </w:p>
    <w:p w14:paraId="06BF51E4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74B559D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Elektronikçi Düz Tornavida 1/8", Bıçak Boyu 8" x Tam Boyu 11-3/8" tipinde ve belirtilen bütün ölçü, sürücü, ağız/uç, gövde boyu ve köşe sayısı özelliklerine sahip olacaktır.</w:t>
      </w:r>
    </w:p>
    <w:p w14:paraId="6C4467E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175381E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79AB6B8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Elektronikçi/ESD olarak tanımlanan ürün, elektrostatik yükün kontrollü boşalmasını sağlayan ESD güvenli sapa sahip olacak ve üretici teknik belgesiyle doğrulanacaktır.</w:t>
      </w:r>
    </w:p>
    <w:p w14:paraId="404940D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5549121B" w14:textId="77777777" w:rsidR="002D7E40" w:rsidRPr="00C14DA9" w:rsidRDefault="002D7E40" w:rsidP="002D7E40">
      <w:pPr>
        <w:rPr>
          <w:lang w:val="da-DK"/>
        </w:rPr>
      </w:pPr>
    </w:p>
    <w:p w14:paraId="6F4870C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94. Elektronikçi PH#0 Yıldız Tornavida , Bıçak Boyu 8" x Tam Boyu 11-3/8"</w:t>
      </w:r>
    </w:p>
    <w:p w14:paraId="491B2309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11BF8A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Elektronikçi PH#0 Yıldız Tornavida , Bıçak Boyu 8" x Tam Boyu 11-3/8" tipinde ve belirtilen bütün ölçü, sürücü, ağız/uç, gövde boyu ve köşe sayısı özelliklerine sahip olacaktır.</w:t>
      </w:r>
    </w:p>
    <w:p w14:paraId="191EACC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48D647A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5F87757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Elektronikçi/ESD olarak tanımlanan ürün, elektrostatik yükün kontrollü boşalmasını sağlayan ESD güvenli sapa sahip olacak ve üretici teknik belgesiyle doğrulanacaktır.</w:t>
      </w:r>
    </w:p>
    <w:p w14:paraId="6AB2E92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6CA6F4C6" w14:textId="77777777" w:rsidR="002D7E40" w:rsidRPr="00C14DA9" w:rsidRDefault="002D7E40" w:rsidP="002D7E40">
      <w:pPr>
        <w:rPr>
          <w:lang w:val="da-DK"/>
        </w:rPr>
      </w:pPr>
    </w:p>
    <w:p w14:paraId="5C0942F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95. Düz Tornavida 1/8", Bıçak Boyu 3" x Tam Boyu 5-7/8"</w:t>
      </w:r>
    </w:p>
    <w:p w14:paraId="6A5A10DC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C45A4B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Tornavida 1/8", Bıçak Boyu 3" x Tam Boyu 5-7/8" tipinde ve belirtilen bütün ölçü, sürücü, ağız/uç, gövde boyu ve köşe sayısı özelliklerine sahip olacaktır.</w:t>
      </w:r>
    </w:p>
    <w:p w14:paraId="36CBA27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3D24A7B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4242F45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1DA3A34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29BC1BE3" w14:textId="77777777" w:rsidR="002D7E40" w:rsidRPr="00C14DA9" w:rsidRDefault="002D7E40" w:rsidP="002D7E40">
      <w:pPr>
        <w:rPr>
          <w:lang w:val="da-DK"/>
        </w:rPr>
      </w:pPr>
    </w:p>
    <w:p w14:paraId="30868A50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lastRenderedPageBreak/>
        <w:t>96. Düz Tornavida 3/16", Bıçak Boyu 3" x Tam Boyu 5-7/8"</w:t>
      </w:r>
    </w:p>
    <w:p w14:paraId="3474F767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6440A2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Tornavida 3/16", Bıçak Boyu 3" x Tam Boyu 5-7/8" tipinde ve belirtilen bütün ölçü, sürücü, ağız/uç, gövde boyu ve köşe sayısı özelliklerine sahip olacaktır.</w:t>
      </w:r>
    </w:p>
    <w:p w14:paraId="7B473F6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77594C0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37C7A0E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0074CCC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1BE1E397" w14:textId="77777777" w:rsidR="002D7E40" w:rsidRPr="00C14DA9" w:rsidRDefault="002D7E40" w:rsidP="002D7E40">
      <w:pPr>
        <w:rPr>
          <w:lang w:val="da-DK"/>
        </w:rPr>
      </w:pPr>
    </w:p>
    <w:p w14:paraId="43E4C8C9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97. Düz Uçlu Tornavida 3/16”, Bıçak Boyu 5-13/16" x Tam Boy 10.1/8”</w:t>
      </w:r>
    </w:p>
    <w:p w14:paraId="3AF79D73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48601F7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Uçlu Tornavida 3/16”, Bıçak Boyu 5-13/16" x Tam Boy 10.1/8” tipinde ve belirtilen bütün ölçü, sürücü, ağız/uç, gövde boyu ve köşe sayısı özelliklerine sahip olacaktır.</w:t>
      </w:r>
    </w:p>
    <w:p w14:paraId="2AA303A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4ACFC9B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207AB6E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1EC820C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7E9D353F" w14:textId="77777777" w:rsidR="002D7E40" w:rsidRPr="00C14DA9" w:rsidRDefault="002D7E40" w:rsidP="002D7E40">
      <w:pPr>
        <w:rPr>
          <w:lang w:val="da-DK"/>
        </w:rPr>
      </w:pPr>
    </w:p>
    <w:p w14:paraId="7010A75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98. Düz Uçlu Tornavida 1/4", Bıçak Boyu 3-15/16" x Tam Boy x 8.7/8”</w:t>
      </w:r>
    </w:p>
    <w:p w14:paraId="49F1E085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F3F35A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Uçlu Tornavida 1/4", Bıçak Boyu 3-15/16" x Tam Boy x 8.7/8” tipinde ve belirtilen bütün ölçü, sürücü, ağız/uç, gövde boyu ve köşe sayısı özelliklerine sahip olacaktır.</w:t>
      </w:r>
    </w:p>
    <w:p w14:paraId="16F9C0E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066B109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5468A8E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4E239DC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47688D32" w14:textId="77777777" w:rsidR="002D7E40" w:rsidRPr="00C14DA9" w:rsidRDefault="002D7E40" w:rsidP="002D7E40">
      <w:pPr>
        <w:rPr>
          <w:lang w:val="da-DK"/>
        </w:rPr>
      </w:pPr>
    </w:p>
    <w:p w14:paraId="10FD8FF5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99. PH# 0 Numara Yıldız Tornavida Bıçak Boyu 3" x Tam Boyu 6"</w:t>
      </w:r>
    </w:p>
    <w:p w14:paraId="6A8866D8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DDE593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PH# 0 Numara Yıldız Tornavida Bıçak Boyu 3" x Tam Boyu 6" tipinde ve belirtilen bütün ölçü, sürücü, ağız/uç, gövde boyu ve köşe sayısı özelliklerine sahip olacaktır.</w:t>
      </w:r>
    </w:p>
    <w:p w14:paraId="261075C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Bıçak veya uç yüksek dayanımlı özel alaşımlı çelikten, ısıl işlem görmüş ve korozyona dayanıklı kaplamalı olacaktır.</w:t>
      </w:r>
    </w:p>
    <w:p w14:paraId="6083505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28AE463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40C97F2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0D20EC91" w14:textId="77777777" w:rsidR="002D7E40" w:rsidRPr="00C14DA9" w:rsidRDefault="002D7E40" w:rsidP="002D7E40">
      <w:pPr>
        <w:rPr>
          <w:lang w:val="da-DK"/>
        </w:rPr>
      </w:pPr>
    </w:p>
    <w:p w14:paraId="43203CE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100. PH# 1 Numara Yıldız Tornavida Bıçak Boyu 2-31/32" x Tam Boyu 7-1/8"</w:t>
      </w:r>
    </w:p>
    <w:p w14:paraId="46CC8B8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010D92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PH# 1 Numara Yıldız Tornavida Bıçak Boyu 2-31/32" x Tam Boyu 7-1/8" tipinde ve belirtilen bütün ölçü, sürücü, ağız/uç, gövde boyu ve köşe sayısı özelliklerine sahip olacaktır.</w:t>
      </w:r>
    </w:p>
    <w:p w14:paraId="1167D90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57FEBBC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6276F5B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08BD7CA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68648A61" w14:textId="77777777" w:rsidR="002D7E40" w:rsidRPr="00C14DA9" w:rsidRDefault="002D7E40" w:rsidP="002D7E40">
      <w:pPr>
        <w:rPr>
          <w:lang w:val="da-DK"/>
        </w:rPr>
      </w:pPr>
    </w:p>
    <w:p w14:paraId="741D9868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101. PH# 1 Numara Yıldız Tornavida Bıçak Boyu 10" x Tam Boyu 14-1/8"</w:t>
      </w:r>
    </w:p>
    <w:p w14:paraId="2E6CC093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D24855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PH# 1 Numara Yıldız Tornavida Bıçak Boyu 10" x Tam Boyu 14-1/8" tipinde ve belirtilen bütün ölçü, sürücü, ağız/uç, gövde boyu ve köşe sayısı özelliklerine sahip olacaktır.</w:t>
      </w:r>
    </w:p>
    <w:p w14:paraId="1D1D494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07920D3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0912466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1D22EF0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60398A35" w14:textId="77777777" w:rsidR="002D7E40" w:rsidRPr="00C14DA9" w:rsidRDefault="002D7E40" w:rsidP="002D7E40">
      <w:pPr>
        <w:rPr>
          <w:lang w:val="da-DK"/>
        </w:rPr>
      </w:pPr>
    </w:p>
    <w:p w14:paraId="1A77EDD8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102. PH# 2 Numara Yıldız Tornavida Bıçak Boyu 3-31/32" x Tam Boyu 8-7/8"</w:t>
      </w:r>
    </w:p>
    <w:p w14:paraId="05EC421A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3B08FA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PH# 2 Numara Yıldız Tornavida Bıçak Boyu 3-31/32" x Tam Boyu 8-7/8" tipinde ve belirtilen bütün ölçü, sürücü, ağız/uç, gövde boyu ve köşe sayısı özelliklerine sahip olacaktır.</w:t>
      </w:r>
    </w:p>
    <w:p w14:paraId="3782BF1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2DE9F0F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02CEB14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4E74312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lastRenderedPageBreak/>
        <w:t>Uç tipi ve ölçüsü sapın arka kısmında kalıcı ve kolay okunabilir biçimde işaretlenecektir.</w:t>
      </w:r>
    </w:p>
    <w:p w14:paraId="5A8DC99B" w14:textId="77777777" w:rsidR="002D7E40" w:rsidRPr="00C14DA9" w:rsidRDefault="002D7E40" w:rsidP="002D7E40">
      <w:pPr>
        <w:rPr>
          <w:lang w:val="da-DK"/>
        </w:rPr>
      </w:pPr>
    </w:p>
    <w:p w14:paraId="0C7C318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103. PH# 2 Numara Yıldız Tornavida Bıçak Boyu 12" x Tam Boyu 17"</w:t>
      </w:r>
    </w:p>
    <w:p w14:paraId="1383CE73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4293C82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PH# 2 Numara Yıldız Tornavida Bıçak Boyu 12" x Tam Boyu 17" tipinde ve belirtilen bütün ölçü, sürücü, ağız/uç, gövde boyu ve köşe sayısı özelliklerine sahip olacaktır.</w:t>
      </w:r>
    </w:p>
    <w:p w14:paraId="3A733B3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71B48BA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365E15C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52764F3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1FCA5F68" w14:textId="77777777" w:rsidR="002D7E40" w:rsidRPr="00C14DA9" w:rsidRDefault="002D7E40" w:rsidP="002D7E40">
      <w:pPr>
        <w:rPr>
          <w:lang w:val="da-DK"/>
        </w:rPr>
      </w:pPr>
    </w:p>
    <w:p w14:paraId="31BACB8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104. Avuç İçi Yıldız Tornavida PH#2 x 3.1/2”</w:t>
      </w:r>
    </w:p>
    <w:p w14:paraId="661E12F1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2AC983C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Avuç İçi Yıldız Tornavida PH#2 x 3.1/2” tipinde ve belirtilen bütün ölçü, sürücü, ağız/uç, gövde boyu ve köşe sayısı özelliklerine sahip olacaktır.</w:t>
      </w:r>
    </w:p>
    <w:p w14:paraId="0FD1A6D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78FB34E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5828E90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3481192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57AE8B96" w14:textId="77777777" w:rsidR="002D7E40" w:rsidRPr="00C14DA9" w:rsidRDefault="002D7E40" w:rsidP="002D7E40">
      <w:pPr>
        <w:rPr>
          <w:lang w:val="da-DK"/>
        </w:rPr>
      </w:pPr>
    </w:p>
    <w:p w14:paraId="5E2DEFF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105. Avuç İçi Düz Tornavida 1/4" x 3.1/2”</w:t>
      </w:r>
    </w:p>
    <w:p w14:paraId="235B4426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7F523DD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Avuç İçi Düz Tornavida 1/4" x 3.1/2” tipinde ve belirtilen bütün ölçü, sürücü, ağız/uç, gövde boyu ve köşe sayısı özelliklerine sahip olacaktır.</w:t>
      </w:r>
    </w:p>
    <w:p w14:paraId="111B71B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64E6693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765E9CB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26AE4A5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0766677D" w14:textId="77777777" w:rsidR="002D7E40" w:rsidRPr="00C14DA9" w:rsidRDefault="002D7E40" w:rsidP="002D7E40">
      <w:pPr>
        <w:rPr>
          <w:lang w:val="da-DK"/>
        </w:rPr>
      </w:pPr>
    </w:p>
    <w:p w14:paraId="7E9CDA4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lastRenderedPageBreak/>
        <w:t>106. Cırcırlı Manyetik Bit Tutucu Tornavida</w:t>
      </w:r>
    </w:p>
    <w:p w14:paraId="626E0A7D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29548A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Cırcırlı Manyetik Bit Tutucu Tornavida tipinde ve belirtilen bütün ölçü, sürücü, ağız/uç, gövde boyu ve köşe sayısı özelliklerine sahip olacaktır.</w:t>
      </w:r>
    </w:p>
    <w:p w14:paraId="241045E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Bıçak veya uç yüksek dayanımlı özel alaşımlı çelikten, ısıl işlem görmüş ve korozyona dayanıklı kaplamalı olacaktır.</w:t>
      </w:r>
    </w:p>
    <w:p w14:paraId="1F5724C3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geometrisi vida yuvasına tam oturacak, kayma ve bağlantı elemanına zarar verme riskini azaltacak hassasiyette işlenecektir.</w:t>
      </w:r>
    </w:p>
    <w:p w14:paraId="6D29FEE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 yağa ve yaygın atölye kimyasallarına dayanıklı, ergonomik, kaymaz ve düz yüzeyde yuvarlanmayı azaltan formda olacaktır.</w:t>
      </w:r>
    </w:p>
    <w:p w14:paraId="7F24578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 tipi ve ölçüsü sapın arka kısmında kalıcı ve kolay okunabilir biçimde işaretlenecektir.</w:t>
      </w:r>
    </w:p>
    <w:p w14:paraId="303FBDA0" w14:textId="77777777" w:rsidR="002D7E40" w:rsidRPr="00C14DA9" w:rsidRDefault="002D7E40" w:rsidP="002D7E40">
      <w:pPr>
        <w:rPr>
          <w:lang w:val="da-DK"/>
        </w:rPr>
      </w:pPr>
    </w:p>
    <w:p w14:paraId="185A714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107. Cırcırlı Bit Tutucu Anahtar</w:t>
      </w:r>
    </w:p>
    <w:p w14:paraId="60B87593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F837ED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Cırcırlı Bit Tutucu Anahtar tipinde ve belirtilen bütün ölçü, sürücü, ağız/uç, gövde boyu ve köşe sayısı özelliklerine sahip olacaktır.</w:t>
      </w:r>
    </w:p>
    <w:p w14:paraId="12A6C4C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 profesyonel/endüstriyel sınıfta ve tekrarlı havacılık bakım kullanımına uygun olacaktır.</w:t>
      </w:r>
    </w:p>
    <w:p w14:paraId="22D877C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yüksek dayanımlı malzemeden, korozyona ve atölye koşullarına dayanıklı olacaktır.</w:t>
      </w:r>
    </w:p>
    <w:p w14:paraId="6578444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Hareketli parçalar boşluksuz ve takılmadan çalışacak; ürün üzerinde ölçü/tip kalıcı biçimde işaretlenecektir.</w:t>
      </w:r>
    </w:p>
    <w:p w14:paraId="51DFD44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 yeni, kullanılmamış ve üretici teknik dokümanıyla birlikte teslim edilecektir.</w:t>
      </w:r>
    </w:p>
    <w:p w14:paraId="12DF46AB" w14:textId="77777777" w:rsidR="002D7E40" w:rsidRPr="00C14DA9" w:rsidRDefault="002D7E40" w:rsidP="002D7E40">
      <w:pPr>
        <w:rPr>
          <w:lang w:val="da-DK"/>
        </w:rPr>
      </w:pPr>
    </w:p>
    <w:p w14:paraId="1AA6BB4E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108. Allen Anahtar Seti .050"-3/8" 13 Parça</w:t>
      </w:r>
    </w:p>
    <w:p w14:paraId="096C671F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EBCC43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Allen Anahtar Seti .050"-3/8" 13 Parça tipinde ve belirtilen bütün ölçü, sürücü, ağız/uç, gövde boyu ve köşe sayısı özelliklerine sahip olacaktır.</w:t>
      </w:r>
    </w:p>
    <w:p w14:paraId="4ABF3A8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Set .050, 1/16, 5/64, 3/32, 7/64, 1/8, 9/64, 5/32, 3/16, 7/32, 1/4, 5/16 ve 3/8 in ölçülerinde toplam 13 L tipi anahtar içerecektir.</w:t>
      </w:r>
    </w:p>
    <w:p w14:paraId="2536409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Anahtarlar yüksek mukavemetli alaşımlı çelikten, ısıl işlem görmüş ve aşınma/korozyona dayanıklı yüzeyli olacaktır.</w:t>
      </w:r>
    </w:p>
    <w:p w14:paraId="2D59978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Uçlar bağlantı elemanına tam oturacak ölçü hassasiyetinde olacaktır.</w:t>
      </w:r>
    </w:p>
    <w:p w14:paraId="6116333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Her ölçü kalıcı biçimde işaretlenecek ve ölçüsü yazılı düzenleyici tutucuda teslim edilecektir.</w:t>
      </w:r>
    </w:p>
    <w:p w14:paraId="2BB7886B" w14:textId="77777777" w:rsidR="002D7E40" w:rsidRPr="00C14DA9" w:rsidRDefault="002D7E40" w:rsidP="002D7E40">
      <w:pPr>
        <w:rPr>
          <w:lang w:val="da-DK"/>
        </w:rPr>
      </w:pPr>
    </w:p>
    <w:p w14:paraId="3AF936A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fi-FI"/>
        </w:rPr>
      </w:pPr>
      <w:r w:rsidRPr="00EE5AFD">
        <w:rPr>
          <w:color w:val="215868" w:themeColor="accent5" w:themeShade="80"/>
          <w:sz w:val="22"/>
          <w:szCs w:val="22"/>
          <w:lang w:val="fi-FI"/>
        </w:rPr>
        <w:t>109. 8-3/4” Emniyet Tel Kıvırma Pensesi Sağ/Sol Yönlü Otomatik</w:t>
      </w:r>
    </w:p>
    <w:p w14:paraId="05B19C74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09CBB91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8-3/4” Reversible Wire Twister/Cutter tipinde ve belirtilen bütün ölçü, sürücü, ağız/uç, gövde boyu ve köşe sayısı özelliklerine sahip olacaktır.</w:t>
      </w:r>
    </w:p>
    <w:p w14:paraId="6787EAD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Sağ ve sol yönde tel bükebilen tersinir ve otomatik geri dönüşlü mekanizmaya sahip olacaktır.</w:t>
      </w:r>
    </w:p>
    <w:p w14:paraId="64481064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teli kaydırmadan ve aşırı zedelemeden kavrayacak; entegre kesici teli temiz kesecektir.</w:t>
      </w:r>
    </w:p>
    <w:p w14:paraId="3BA9BC9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ve çeneler ısıl işlem görmüş yüksek dayanımlı çelikten, korozyona dayanıklı olacaktır.</w:t>
      </w:r>
    </w:p>
    <w:p w14:paraId="79B40A9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Mekanizma düzenli büküm hatvesi oluşturacak ve kilitleme mandalı güvenli çalışacaktır.</w:t>
      </w:r>
    </w:p>
    <w:p w14:paraId="0B0870F3" w14:textId="77777777" w:rsidR="002D7E40" w:rsidRPr="00C14DA9" w:rsidRDefault="002D7E40" w:rsidP="002D7E40">
      <w:pPr>
        <w:rPr>
          <w:lang w:val="da-DK"/>
        </w:rPr>
      </w:pPr>
    </w:p>
    <w:p w14:paraId="5DE1BF11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lastRenderedPageBreak/>
        <w:t>110. Düz Uçlu Kargaburun - 7-25/32"</w:t>
      </w:r>
    </w:p>
    <w:p w14:paraId="386BD02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B1C83D7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Düz Uçlu Kargaburun - 7-25/32" tipinde ve belirtilen bütün ölçü, sürücü, ağız/uç, gövde boyu ve köşe sayısı özelliklerine sahip olacaktır.</w:t>
      </w:r>
    </w:p>
    <w:p w14:paraId="2FFAA0A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3CF10BF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0663F30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436ED1D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0D743850" w14:textId="77777777" w:rsidR="002D7E40" w:rsidRPr="00C14DA9" w:rsidRDefault="002D7E40" w:rsidP="002D7E40">
      <w:pPr>
        <w:rPr>
          <w:lang w:val="da-DK"/>
        </w:rPr>
      </w:pPr>
    </w:p>
    <w:p w14:paraId="3EA1126E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111. Sivri Uçlu Kargaburun 7-1/2"</w:t>
      </w:r>
    </w:p>
    <w:p w14:paraId="444CD6BC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2D6BCC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Sivri Uçlu Kargaburun 7-1/2" tipinde ve belirtilen bütün ölçü, sürücü, ağız/uç, gövde boyu ve köşe sayısı özelliklerine sahip olacaktır.</w:t>
      </w:r>
    </w:p>
    <w:p w14:paraId="1315911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3D6ADA1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473CB46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7EE2121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41DDA093" w14:textId="77777777" w:rsidR="002D7E40" w:rsidRPr="00C14DA9" w:rsidRDefault="002D7E40" w:rsidP="002D7E40">
      <w:pPr>
        <w:rPr>
          <w:lang w:val="da-DK"/>
        </w:rPr>
      </w:pPr>
    </w:p>
    <w:p w14:paraId="6E661086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112. Yan Keski 7-5/16"</w:t>
      </w:r>
    </w:p>
    <w:p w14:paraId="5C94DED0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5634AE6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Yan Keski 7-5/16" tipinde ve belirtilen bütün ölçü, sürücü, ağız/uç, gövde boyu ve köşe sayısı özelliklerine sahip olacaktır.</w:t>
      </w:r>
    </w:p>
    <w:p w14:paraId="3E135AE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0793B76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48EE94B9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03CC558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50FABB9E" w14:textId="77777777" w:rsidR="002D7E40" w:rsidRPr="00C14DA9" w:rsidRDefault="002D7E40" w:rsidP="002D7E40">
      <w:pPr>
        <w:rPr>
          <w:lang w:val="da-DK"/>
        </w:rPr>
      </w:pPr>
    </w:p>
    <w:p w14:paraId="3DFC7B7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113. Polis Pensesi 7"</w:t>
      </w:r>
    </w:p>
    <w:p w14:paraId="1A1A0AC8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741C601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Polis Pensesi 7" tipinde ve belirtilen bütün ölçü, sürücü, ağız/uç, gövde boyu ve köşe sayısı özelliklerine sahip olacaktır.</w:t>
      </w:r>
    </w:p>
    <w:p w14:paraId="7FA020F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3D1E457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4D5C42B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677962A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36CB0653" w14:textId="77777777" w:rsidR="002D7E40" w:rsidRPr="00C14DA9" w:rsidRDefault="002D7E40" w:rsidP="002D7E40">
      <w:pPr>
        <w:rPr>
          <w:lang w:val="da-DK"/>
        </w:rPr>
      </w:pPr>
    </w:p>
    <w:p w14:paraId="25BE6D94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lastRenderedPageBreak/>
        <w:t>114. Papağan Pense 7-1/16"</w:t>
      </w:r>
    </w:p>
    <w:p w14:paraId="157E8EED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33DCA81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Papağan Pense 7-1/16" tipinde ve belirtilen bütün ölçü, sürücü, ağız/uç, gövde boyu ve köşe sayısı özelliklerine sahip olacaktır.</w:t>
      </w:r>
    </w:p>
    <w:p w14:paraId="648E776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488686C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6BED3F2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079CCA9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25148315" w14:textId="77777777" w:rsidR="002D7E40" w:rsidRPr="00C14DA9" w:rsidRDefault="002D7E40" w:rsidP="002D7E40">
      <w:pPr>
        <w:rPr>
          <w:lang w:val="da-DK"/>
        </w:rPr>
      </w:pPr>
    </w:p>
    <w:p w14:paraId="1EF58503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115. Kargaburun 7-1/4", 90° Açılı Kargaburun</w:t>
      </w:r>
    </w:p>
    <w:p w14:paraId="4BFC8966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22FE89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Kargaburun 7-1/4", 90° Açılı Kargaburun tipinde ve belirtilen bütün ölçü, sürücü, ağız/uç, gövde boyu ve köşe sayısı özelliklerine sahip olacaktır.</w:t>
      </w:r>
    </w:p>
    <w:p w14:paraId="72F9ECB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78FA69B0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39B57D0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028B15C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2CCFDDD2" w14:textId="77777777" w:rsidR="002D7E40" w:rsidRPr="00C14DA9" w:rsidRDefault="002D7E40" w:rsidP="002D7E40">
      <w:pPr>
        <w:rPr>
          <w:lang w:val="da-DK"/>
        </w:rPr>
      </w:pPr>
    </w:p>
    <w:p w14:paraId="3D7D894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116. Elektronikçi Kargaburun 5", 90° Açılı Kargaburun</w:t>
      </w:r>
    </w:p>
    <w:p w14:paraId="14090872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3995BD1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Elektronikçi Kargaburun 5", 90° Açılı Kargaburun tipinde ve belirtilen bütün ölçü, sürücü, ağız/uç, gövde boyu ve köşe sayısı özelliklerine sahip olacaktır.</w:t>
      </w:r>
    </w:p>
    <w:p w14:paraId="4084776C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34E63012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7DCEE11A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049E95F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52ECC1FB" w14:textId="77777777" w:rsidR="002D7E40" w:rsidRPr="00C14DA9" w:rsidRDefault="002D7E40" w:rsidP="002D7E40">
      <w:pPr>
        <w:rPr>
          <w:lang w:val="da-DK"/>
        </w:rPr>
      </w:pPr>
    </w:p>
    <w:p w14:paraId="5FDAA76D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t>117. Elektronikçi Yan Keski 5"</w:t>
      </w:r>
    </w:p>
    <w:p w14:paraId="6255FA5B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1772554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Elektronikçi Yan Keski 5" tipinde ve belirtilen bütün ölçü, sürücü, ağız/uç, gövde boyu ve köşe sayısı özelliklerine sahip olacaktır.</w:t>
      </w:r>
    </w:p>
    <w:p w14:paraId="183DF43D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1BCF762B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00F51755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558CC4D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14681EFC" w14:textId="77777777" w:rsidR="002D7E40" w:rsidRPr="00C14DA9" w:rsidRDefault="002D7E40" w:rsidP="002D7E40">
      <w:pPr>
        <w:rPr>
          <w:lang w:val="da-DK"/>
        </w:rPr>
      </w:pPr>
    </w:p>
    <w:p w14:paraId="7979754C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da-DK"/>
        </w:rPr>
      </w:pPr>
      <w:r w:rsidRPr="00EE5AFD">
        <w:rPr>
          <w:color w:val="215868" w:themeColor="accent5" w:themeShade="80"/>
          <w:sz w:val="22"/>
          <w:szCs w:val="22"/>
          <w:lang w:val="da-DK"/>
        </w:rPr>
        <w:lastRenderedPageBreak/>
        <w:t>118. Elektronikçi Kargaburun 5-1/2"</w:t>
      </w:r>
    </w:p>
    <w:p w14:paraId="4395D6F3" w14:textId="77777777" w:rsidR="002D7E40" w:rsidRPr="00C14DA9" w:rsidRDefault="002D7E40" w:rsidP="002D7E40">
      <w:pPr>
        <w:keepNext/>
        <w:rPr>
          <w:lang w:val="da-DK"/>
        </w:rPr>
      </w:pPr>
      <w:r w:rsidRPr="00C14DA9">
        <w:rPr>
          <w:b/>
          <w:color w:val="1F4D78"/>
          <w:lang w:val="da-DK"/>
        </w:rPr>
        <w:t>Bu kalem aşağıdaki teknik şartların tamamını karşılayacaktır.</w:t>
      </w:r>
    </w:p>
    <w:p w14:paraId="6664094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Ürün; Elektronikçi Kargaburun 5-1/2" tipinde ve belirtilen bütün ölçü, sürücü, ağız/uç, gövde boyu ve köşe sayısı özelliklerine sahip olacaktır.</w:t>
      </w:r>
    </w:p>
    <w:p w14:paraId="26C5FE28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Gövde dövme ve ısıl işlem görmüş yüksek dayanımlı çelikten, korozyona dayanıklı yüzeyli olacaktır.</w:t>
      </w:r>
    </w:p>
    <w:p w14:paraId="14B411EF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Çeneler kapalı konumda düzgün hizalanacak; mafsal minimum boşlukla ve takılmadan çalışacaktır.</w:t>
      </w:r>
    </w:p>
    <w:p w14:paraId="5B20C9A6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Kesici bulunan ürünlerde ağızlar indüksiyonla sertleştirilmiş ve uygun telde temiz kesim yapacak; sıyırıcı/krimp yuvaları kalıcı işaretli olacaktır.</w:t>
      </w:r>
    </w:p>
    <w:p w14:paraId="13E4DE9E" w14:textId="77777777" w:rsidR="002D7E40" w:rsidRPr="00C14DA9" w:rsidRDefault="002D7E40" w:rsidP="002D7E40">
      <w:pPr>
        <w:pStyle w:val="ListeMaddemi"/>
        <w:spacing w:after="80" w:line="264" w:lineRule="auto"/>
        <w:rPr>
          <w:lang w:val="da-DK"/>
        </w:rPr>
      </w:pPr>
      <w:r w:rsidRPr="00C14DA9">
        <w:rPr>
          <w:lang w:val="da-DK"/>
        </w:rPr>
        <w:t>Saplar ergonomik ve kaymaz; elektronikçi tipi ürünlerde yaylı geri açılmalı ve ESD güvenli olacaktır.</w:t>
      </w:r>
    </w:p>
    <w:p w14:paraId="4E3D09CC" w14:textId="77777777" w:rsidR="002D7E40" w:rsidRPr="00C14DA9" w:rsidRDefault="002D7E40" w:rsidP="002D7E40">
      <w:pPr>
        <w:rPr>
          <w:lang w:val="da-DK"/>
        </w:rPr>
      </w:pPr>
    </w:p>
    <w:p w14:paraId="16ADAC0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  <w:lang w:val="fi-FI"/>
        </w:rPr>
      </w:pPr>
      <w:r w:rsidRPr="00EE5AFD">
        <w:rPr>
          <w:color w:val="215868" w:themeColor="accent5" w:themeShade="80"/>
          <w:sz w:val="22"/>
          <w:szCs w:val="22"/>
          <w:lang w:val="fi-FI"/>
        </w:rPr>
        <w:t>119. Kablo Sıyırma/Pabuç Sıkma Pensesi</w:t>
      </w:r>
    </w:p>
    <w:p w14:paraId="1FAC747D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5FD95E2" w14:textId="77777777" w:rsidR="002D7E40" w:rsidRDefault="002D7E40" w:rsidP="002D7E40">
      <w:pPr>
        <w:pStyle w:val="ListeMaddemi"/>
        <w:spacing w:after="80" w:line="264" w:lineRule="auto"/>
      </w:pPr>
      <w:r>
        <w:t>Ürün; Wire Stripper/cutter/crimper/bolt cutter tool tipinde ve belirtilen bütün ölçü, sürücü, ağız/uç, gövde boyu ve köşe sayısı özelliklerine sahip olacaktır.</w:t>
      </w:r>
    </w:p>
    <w:p w14:paraId="5C6BDAF6" w14:textId="77777777" w:rsidR="002D7E40" w:rsidRDefault="002D7E40" w:rsidP="002D7E40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30BC03BB" w14:textId="77777777" w:rsidR="002D7E40" w:rsidRDefault="002D7E40" w:rsidP="002D7E40">
      <w:pPr>
        <w:pStyle w:val="ListeMaddemi"/>
        <w:spacing w:after="80" w:line="264" w:lineRule="auto"/>
      </w:pPr>
      <w:r>
        <w:t>Çeneler kapalı konumda düzgün hizalanacak; mafsal minimum boşlukla ve takılmadan çalışacaktır.</w:t>
      </w:r>
    </w:p>
    <w:p w14:paraId="37E7FA25" w14:textId="77777777" w:rsidR="002D7E40" w:rsidRDefault="002D7E40" w:rsidP="002D7E40">
      <w:pPr>
        <w:pStyle w:val="ListeMaddemi"/>
        <w:spacing w:after="80" w:line="264" w:lineRule="auto"/>
      </w:pPr>
      <w:r>
        <w:t>Kesici bulunan ürünlerde ağızlar indüksiyonla sertleştirilmiş ve uygun telde temiz kesim yapacak; sıyırıcı/krimp yuvaları kalıcı işaretli olacaktır.</w:t>
      </w:r>
    </w:p>
    <w:p w14:paraId="597435C8" w14:textId="77777777" w:rsidR="002D7E40" w:rsidRDefault="002D7E40" w:rsidP="002D7E40">
      <w:pPr>
        <w:pStyle w:val="ListeMaddemi"/>
        <w:spacing w:after="80" w:line="264" w:lineRule="auto"/>
      </w:pPr>
      <w:r>
        <w:t>Saplar ergonomik ve kaymaz; elektronikçi tipi ürünlerde yaylı geri açılmalı ve ESD güvenli olacaktır.</w:t>
      </w:r>
    </w:p>
    <w:p w14:paraId="5A40196A" w14:textId="77777777" w:rsidR="002D7E40" w:rsidRDefault="002D7E40" w:rsidP="002D7E40"/>
    <w:p w14:paraId="681BD697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120. Otomatik Kablo Sıyırma Pensesi</w:t>
      </w:r>
    </w:p>
    <w:p w14:paraId="0F044BF4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2E2951A" w14:textId="77777777" w:rsidR="002D7E40" w:rsidRDefault="002D7E40" w:rsidP="002D7E40">
      <w:pPr>
        <w:pStyle w:val="ListeMaddemi"/>
        <w:spacing w:after="80" w:line="264" w:lineRule="auto"/>
      </w:pPr>
      <w:r>
        <w:t>Ürün; Otomatik Kablo Sıyırma Pensesi tipinde ve belirtilen bütün ölçü, sürücü, ağız/uç, gövde boyu ve köşe sayısı özelliklerine sahip olacaktır.</w:t>
      </w:r>
    </w:p>
    <w:p w14:paraId="397EC888" w14:textId="77777777" w:rsidR="002D7E40" w:rsidRDefault="002D7E40" w:rsidP="002D7E40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4FDFEB30" w14:textId="77777777" w:rsidR="002D7E40" w:rsidRDefault="002D7E40" w:rsidP="002D7E40">
      <w:pPr>
        <w:pStyle w:val="ListeMaddemi"/>
        <w:spacing w:after="80" w:line="264" w:lineRule="auto"/>
      </w:pPr>
      <w:r>
        <w:t>Çeneler kapalı konumda düzgün hizalanacak; mafsal minimum boşlukla ve takılmadan çalışacaktır.</w:t>
      </w:r>
    </w:p>
    <w:p w14:paraId="5C4E6BD9" w14:textId="77777777" w:rsidR="002D7E40" w:rsidRDefault="002D7E40" w:rsidP="002D7E40">
      <w:pPr>
        <w:pStyle w:val="ListeMaddemi"/>
        <w:spacing w:after="80" w:line="264" w:lineRule="auto"/>
      </w:pPr>
      <w:r>
        <w:t>Kesici bulunan ürünlerde ağızlar indüksiyonla sertleştirilmiş ve uygun telde temiz kesim yapacak; sıyırıcı/krimp yuvaları kalıcı işaretli olacaktır.</w:t>
      </w:r>
    </w:p>
    <w:p w14:paraId="478C54C0" w14:textId="77777777" w:rsidR="002D7E40" w:rsidRDefault="002D7E40" w:rsidP="002D7E40">
      <w:pPr>
        <w:pStyle w:val="ListeMaddemi"/>
        <w:spacing w:after="80" w:line="264" w:lineRule="auto"/>
      </w:pPr>
      <w:r>
        <w:t>Saplar ergonomik ve kaymaz; elektronikçi tipi ürünlerde yaylı geri açılmalı ve ESD güvenli olacaktır.</w:t>
      </w:r>
    </w:p>
    <w:p w14:paraId="6D9C1952" w14:textId="77777777" w:rsidR="002D7E40" w:rsidRDefault="002D7E40" w:rsidP="002D7E40"/>
    <w:p w14:paraId="18845B3F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121. Konnektör Pensesi 9-1/2"</w:t>
      </w:r>
    </w:p>
    <w:p w14:paraId="28AD4E7D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1BA8D9A5" w14:textId="77777777" w:rsidR="002D7E40" w:rsidRDefault="002D7E40" w:rsidP="002D7E40">
      <w:pPr>
        <w:pStyle w:val="ListeMaddemi"/>
        <w:spacing w:after="80" w:line="264" w:lineRule="auto"/>
      </w:pPr>
      <w:r>
        <w:t>Ürün; Konnektör Pensesi 9-1/2" tipinde ve belirtilen bütün ölçü, sürücü, ağız/uç, gövde boyu ve köşe sayısı özelliklerine sahip olacaktır.</w:t>
      </w:r>
    </w:p>
    <w:p w14:paraId="37B24650" w14:textId="77777777" w:rsidR="002D7E40" w:rsidRDefault="002D7E40" w:rsidP="002D7E40">
      <w:pPr>
        <w:pStyle w:val="ListeMaddemi"/>
        <w:spacing w:after="80" w:line="264" w:lineRule="auto"/>
      </w:pPr>
      <w:r>
        <w:t>Gövde dövme ve ısıl işlem görmüş yüksek dayanımlı çelikten, korozyona dayanıklı yüzeyli olacaktır.</w:t>
      </w:r>
    </w:p>
    <w:p w14:paraId="4D404DD1" w14:textId="77777777" w:rsidR="002D7E40" w:rsidRDefault="002D7E40" w:rsidP="002D7E40">
      <w:pPr>
        <w:pStyle w:val="ListeMaddemi"/>
        <w:spacing w:after="80" w:line="264" w:lineRule="auto"/>
      </w:pPr>
      <w:r>
        <w:t>Çeneler kapalı konumda düzgün hizalanacak; mafsal minimum boşlukla ve takılmadan çalışacaktır.</w:t>
      </w:r>
    </w:p>
    <w:p w14:paraId="36F63433" w14:textId="77777777" w:rsidR="002D7E40" w:rsidRDefault="002D7E40" w:rsidP="002D7E40">
      <w:pPr>
        <w:pStyle w:val="ListeMaddemi"/>
        <w:spacing w:after="80" w:line="264" w:lineRule="auto"/>
      </w:pPr>
      <w:r>
        <w:t>Kesici bulunan ürünlerde ağızlar indüksiyonla sertleştirilmiş ve uygun telde temiz kesim yapacak; sıyırıcı/krimp yuvaları kalıcı işaretli olacaktır.</w:t>
      </w:r>
    </w:p>
    <w:p w14:paraId="1E3D6A3C" w14:textId="77777777" w:rsidR="002D7E40" w:rsidRDefault="002D7E40" w:rsidP="002D7E40">
      <w:pPr>
        <w:pStyle w:val="ListeMaddemi"/>
        <w:spacing w:after="80" w:line="264" w:lineRule="auto"/>
      </w:pPr>
      <w:r>
        <w:t>Saplar ergonomik ve kaymaz; elektronikçi tipi ürünlerde yaylı geri açılmalı ve ESD güvenli olacaktır.</w:t>
      </w:r>
    </w:p>
    <w:p w14:paraId="3521543E" w14:textId="77777777" w:rsidR="002D7E40" w:rsidRDefault="002D7E40" w:rsidP="002D7E40"/>
    <w:p w14:paraId="5AA99D32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lastRenderedPageBreak/>
        <w:t>122. Led El Feneri 200 Lumen</w:t>
      </w:r>
    </w:p>
    <w:p w14:paraId="38007CBA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05BDC530" w14:textId="77777777" w:rsidR="002D7E40" w:rsidRDefault="002D7E40" w:rsidP="002D7E40">
      <w:pPr>
        <w:pStyle w:val="ListeMaddemi"/>
        <w:spacing w:after="80" w:line="264" w:lineRule="auto"/>
      </w:pPr>
      <w:r>
        <w:t>Ürün; Led El Feneri 200 Lumen tipinde ve belirtilen bütün ölçü, sürücü, ağız/uç, gövde boyu ve köşe sayısı özelliklerine sahip olacaktır.</w:t>
      </w:r>
    </w:p>
    <w:p w14:paraId="5C427F34" w14:textId="77777777" w:rsidR="002D7E40" w:rsidRDefault="002D7E40" w:rsidP="002D7E40">
      <w:pPr>
        <w:pStyle w:val="ListeMaddemi"/>
        <w:spacing w:after="80" w:line="264" w:lineRule="auto"/>
      </w:pPr>
      <w:r>
        <w:t>Işık çıkışı en az 200 lümen ve ışık kaynağı uzun ömürlü beyaz LED olacaktır.</w:t>
      </w:r>
    </w:p>
    <w:p w14:paraId="7E16D3A4" w14:textId="77777777" w:rsidR="002D7E40" w:rsidRDefault="002D7E40" w:rsidP="002D7E40">
      <w:pPr>
        <w:pStyle w:val="ListeMaddemi"/>
        <w:spacing w:after="80" w:line="264" w:lineRule="auto"/>
      </w:pPr>
      <w:r>
        <w:t>Geniş alan ile odaklanmış uzun menzil aydınlatması arasında ayarlanabilir odak sistemi bulunacaktır.</w:t>
      </w:r>
    </w:p>
    <w:p w14:paraId="4CC22E0B" w14:textId="77777777" w:rsidR="002D7E40" w:rsidRDefault="002D7E40" w:rsidP="002D7E40">
      <w:pPr>
        <w:pStyle w:val="ListeMaddemi"/>
        <w:spacing w:after="80" w:line="264" w:lineRule="auto"/>
      </w:pPr>
      <w:r>
        <w:t>Gövde darbeye ve korozyona dayanıklı, kaymaz tutuşlu ve saha kullanımına uygun olacaktır.</w:t>
      </w:r>
    </w:p>
    <w:p w14:paraId="506D3263" w14:textId="77777777" w:rsidR="002D7E40" w:rsidRDefault="002D7E40" w:rsidP="002D7E40">
      <w:pPr>
        <w:pStyle w:val="ListeMaddemi"/>
        <w:spacing w:after="80" w:line="264" w:lineRule="auto"/>
      </w:pPr>
      <w:r>
        <w:t>Ürün pilleriyle birlikte çalışır durumda teslim edilecektir.</w:t>
      </w:r>
    </w:p>
    <w:p w14:paraId="0832EA5E" w14:textId="77777777" w:rsidR="002D7E40" w:rsidRDefault="002D7E40" w:rsidP="002D7E40"/>
    <w:p w14:paraId="2455C8EE" w14:textId="77777777" w:rsidR="002D7E40" w:rsidRPr="00EE5AFD" w:rsidRDefault="002D7E40" w:rsidP="002D7E40">
      <w:pPr>
        <w:pStyle w:val="Balk2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123. Taşınabilir Su Geçirmez Sert Takım Çantası</w:t>
      </w:r>
    </w:p>
    <w:p w14:paraId="0A0A0F75" w14:textId="77777777" w:rsidR="002D7E40" w:rsidRDefault="002D7E40" w:rsidP="002D7E40">
      <w:pPr>
        <w:keepNext/>
      </w:pPr>
      <w:r>
        <w:rPr>
          <w:b/>
          <w:color w:val="1F4D78"/>
        </w:rPr>
        <w:t>Bu kalem aşağıdaki teknik şartların tamamını karşılayacaktır.</w:t>
      </w:r>
    </w:p>
    <w:p w14:paraId="3EFFA96F" w14:textId="77777777" w:rsidR="002D7E40" w:rsidRDefault="002D7E40" w:rsidP="002D7E40">
      <w:pPr>
        <w:pStyle w:val="ListeMaddemi"/>
        <w:spacing w:after="80" w:line="264" w:lineRule="auto"/>
      </w:pPr>
      <w:r>
        <w:t>Ürün, Taşınabilir Su Geçirmez Sert Takım Çantası tipinde ve belirtilen bütün ölçü, sürücü, uç/ağız, uzunluk ve parça sayısı özelliklerine sahip olacaktır.</w:t>
      </w:r>
    </w:p>
    <w:p w14:paraId="7113EE6C" w14:textId="77777777" w:rsidR="002D7E40" w:rsidRDefault="002D7E40" w:rsidP="002D7E40">
      <w:pPr>
        <w:pStyle w:val="ListeMaddemi"/>
        <w:spacing w:after="80" w:line="264" w:lineRule="auto"/>
      </w:pPr>
      <w:r>
        <w:t>Gövde kopolimer polipropilen veya eşdeğer yüksek dayanımlı malzemeden, su/toz geçirmez ve darbe dayanımlı olacaktır.</w:t>
      </w:r>
    </w:p>
    <w:p w14:paraId="24AEA30A" w14:textId="77777777" w:rsidR="002D7E40" w:rsidRDefault="002D7E40" w:rsidP="002D7E40">
      <w:pPr>
        <w:pStyle w:val="ListeMaddemi"/>
        <w:spacing w:after="80" w:line="264" w:lineRule="auto"/>
      </w:pPr>
      <w:r>
        <w:t>Kapak çevresinde sızdırmaz conta, basınç dengeleme valfi, güvenli mandallar ve asma kilit uygulamasına uygun yuvalar bulunacaktır.</w:t>
      </w:r>
    </w:p>
    <w:p w14:paraId="5AB18F92" w14:textId="77777777" w:rsidR="002D7E40" w:rsidRDefault="002D7E40" w:rsidP="002D7E40">
      <w:pPr>
        <w:pStyle w:val="ListeMaddemi"/>
        <w:spacing w:after="80" w:line="264" w:lineRule="auto"/>
      </w:pPr>
      <w:r>
        <w:t>İç kısım listedeki aletlere özel, iki renkli kapalı hücreli EVA köpük yuvalarla FOD kontrollü biçimde düzenlenecektir.</w:t>
      </w:r>
    </w:p>
    <w:p w14:paraId="6CAAD387" w14:textId="0492ADE4" w:rsidR="002D7E40" w:rsidRDefault="002D7E40" w:rsidP="002D7E40">
      <w:pPr>
        <w:pStyle w:val="ListeMaddemi"/>
        <w:spacing w:after="80" w:line="264" w:lineRule="auto"/>
      </w:pPr>
      <w:r>
        <w:t>Her yuva alet adı/ölçüsüyle kalıcı işaretlenecek; çanta kapalıyken aletler yuvalarından çıkmayacaktır.</w:t>
      </w:r>
    </w:p>
    <w:p w14:paraId="7081D80D" w14:textId="000D7029" w:rsidR="002D7E40" w:rsidRPr="00EE5AFD" w:rsidRDefault="002D7E40" w:rsidP="002D7E40">
      <w:pPr>
        <w:pStyle w:val="Balk1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Muayene ve Kabul</w:t>
      </w:r>
    </w:p>
    <w:p w14:paraId="404A6E39" w14:textId="77777777" w:rsidR="002D7E40" w:rsidRDefault="002D7E40" w:rsidP="002D7E40">
      <w:pPr>
        <w:pStyle w:val="ListeMaddemi"/>
        <w:spacing w:after="80" w:line="264" w:lineRule="auto"/>
      </w:pPr>
      <w:r>
        <w:t>Ürünler Ek-1 cetveline göre %100 sayılacak; her kalemin ölçüsü, tipi ve fonksiyonu kontrol edilecektir.</w:t>
      </w:r>
    </w:p>
    <w:p w14:paraId="02735228" w14:textId="77777777" w:rsidR="002D7E40" w:rsidRDefault="002D7E40" w:rsidP="002D7E40">
      <w:pPr>
        <w:pStyle w:val="ListeMaddemi"/>
        <w:spacing w:after="80" w:line="264" w:lineRule="auto"/>
      </w:pPr>
      <w:r>
        <w:t>Lokma, anahtar ve sürücü aksesuarlarının nominal ölçüleri, köşe geometrisi, sürücü uyumu ve tutucu mekanizmaları kontrol edilecektir.</w:t>
      </w:r>
    </w:p>
    <w:p w14:paraId="1D238D05" w14:textId="77777777" w:rsidR="002D7E40" w:rsidRDefault="002D7E40" w:rsidP="002D7E40">
      <w:pPr>
        <w:pStyle w:val="ListeMaddemi"/>
        <w:spacing w:after="80" w:line="264" w:lineRule="auto"/>
      </w:pPr>
      <w:r>
        <w:t>Cırcır, mafsal, kesici, sıyırıcı ve bükme mekanizmaları uygun numune üzerinde işlev testine tabi tutulacaktır.</w:t>
      </w:r>
    </w:p>
    <w:p w14:paraId="77E5AD0A" w14:textId="77777777" w:rsidR="002D7E40" w:rsidRDefault="002D7E40" w:rsidP="002D7E40">
      <w:pPr>
        <w:pStyle w:val="ListeMaddemi"/>
        <w:spacing w:after="80" w:line="264" w:lineRule="auto"/>
      </w:pPr>
      <w:r>
        <w:t>ESD aletleri için üretici teknik beyanı ile fiziksel ürün eşleştirilecektir.</w:t>
      </w:r>
    </w:p>
    <w:p w14:paraId="412C60A1" w14:textId="77777777" w:rsidR="002D7E40" w:rsidRDefault="002D7E40" w:rsidP="002D7E40">
      <w:pPr>
        <w:pStyle w:val="ListeMaddemi"/>
        <w:spacing w:after="80" w:line="264" w:lineRule="auto"/>
      </w:pPr>
      <w:r>
        <w:t>Her alet, çanta içindeki kendisine özel ve kalıcı işaretli köpük yuvaya tam oturacaktır; eksiklik kontrast renk ile fark edilecektir.</w:t>
      </w:r>
    </w:p>
    <w:p w14:paraId="5E83CE0A" w14:textId="77777777" w:rsidR="002D7E40" w:rsidRDefault="002D7E40" w:rsidP="002D7E40">
      <w:pPr>
        <w:pStyle w:val="ListeMaddemi"/>
        <w:spacing w:after="80" w:line="264" w:lineRule="auto"/>
      </w:pPr>
      <w:r>
        <w:t>Uygunsuz ürünler, idarenin bildirimi üzerine yüklenici tarafından ilave maliyet oluşturmadan yenileriyle değiştirilecektir.</w:t>
      </w:r>
    </w:p>
    <w:p w14:paraId="01842F67" w14:textId="77777777" w:rsidR="002D7E40" w:rsidRPr="00EE5AFD" w:rsidRDefault="002D7E40" w:rsidP="002D7E40">
      <w:pPr>
        <w:pStyle w:val="Balk1"/>
        <w:rPr>
          <w:color w:val="215868" w:themeColor="accent5" w:themeShade="80"/>
          <w:sz w:val="22"/>
          <w:szCs w:val="22"/>
        </w:rPr>
      </w:pPr>
      <w:r w:rsidRPr="00EE5AFD">
        <w:rPr>
          <w:color w:val="215868" w:themeColor="accent5" w:themeShade="80"/>
          <w:sz w:val="22"/>
          <w:szCs w:val="22"/>
        </w:rPr>
        <w:t>Ek-1: Başlıca Teknik Dayanaklar</w:t>
      </w:r>
    </w:p>
    <w:p w14:paraId="471B26C2" w14:textId="77777777" w:rsidR="002D7E40" w:rsidRDefault="002D7E40" w:rsidP="002D7E40">
      <w:pPr>
        <w:pStyle w:val="ListeMaddemi"/>
        <w:spacing w:after="80" w:line="264" w:lineRule="auto"/>
      </w:pPr>
      <w:r>
        <w:t>ASME B107.10/B107.100/B107.110/B107.500 - Lokma, anahtar, sürücü ve pense el aletleri</w:t>
      </w:r>
    </w:p>
    <w:p w14:paraId="77AABDFC" w14:textId="77777777" w:rsidR="002D7E40" w:rsidRDefault="002D7E40" w:rsidP="002D7E40">
      <w:pPr>
        <w:pStyle w:val="ListeMaddemi"/>
        <w:spacing w:after="80" w:line="264" w:lineRule="auto"/>
      </w:pPr>
      <w:r>
        <w:t>IEC 61340-5-1 ve ANSI/ESD S20.20 - Elektrostatik kontrollü alan uygulamaları</w:t>
      </w:r>
    </w:p>
    <w:p w14:paraId="6C476C39" w14:textId="77777777" w:rsidR="002D7E40" w:rsidRDefault="002D7E40" w:rsidP="002D7E40">
      <w:pPr>
        <w:pStyle w:val="ListeMaddemi"/>
        <w:spacing w:after="80" w:line="264" w:lineRule="auto"/>
      </w:pPr>
      <w:r>
        <w:t>IEC 60900 - İlgili olması halinde yalıtımlı el aletleri</w:t>
      </w:r>
    </w:p>
    <w:p w14:paraId="0B0FB455" w14:textId="77777777" w:rsidR="002D7E40" w:rsidRDefault="002D7E40" w:rsidP="002D7E40">
      <w:pPr>
        <w:pStyle w:val="ListeMaddemi"/>
        <w:spacing w:after="80" w:line="264" w:lineRule="auto"/>
      </w:pPr>
      <w:r>
        <w:t>FOD kontrolü - Her alet için görünür eksiklik göstergeli ve kalıcı işaretli yuva düzeni</w:t>
      </w:r>
    </w:p>
    <w:p w14:paraId="14925B06" w14:textId="77777777" w:rsidR="002D7E40" w:rsidRDefault="002D7E40" w:rsidP="002D7E40">
      <w:pPr>
        <w:pStyle w:val="ListeNumaras"/>
      </w:pPr>
    </w:p>
    <w:p w14:paraId="5AEC86D0" w14:textId="3BAEB7F1" w:rsidR="00FF3B20" w:rsidRPr="00753961" w:rsidRDefault="00642BD7" w:rsidP="00753961">
      <w:pPr>
        <w:pStyle w:val="Balk2"/>
        <w:numPr>
          <w:ilvl w:val="1"/>
          <w:numId w:val="31"/>
        </w:numPr>
        <w:rPr>
          <w:sz w:val="32"/>
          <w:szCs w:val="32"/>
        </w:rPr>
      </w:pPr>
      <w:r w:rsidRPr="00753961">
        <w:rPr>
          <w:sz w:val="32"/>
          <w:szCs w:val="32"/>
        </w:rPr>
        <w:lastRenderedPageBreak/>
        <w:t xml:space="preserve"> </w:t>
      </w:r>
      <w:r w:rsidR="007E12AD" w:rsidRPr="00753961">
        <w:rPr>
          <w:sz w:val="32"/>
          <w:szCs w:val="32"/>
        </w:rPr>
        <w:t>1/4 inchch</w:t>
      </w:r>
      <w:r w:rsidRPr="00753961">
        <w:rPr>
          <w:sz w:val="32"/>
          <w:szCs w:val="32"/>
        </w:rPr>
        <w:t xml:space="preserve"> Sürücülü </w:t>
      </w:r>
      <w:r w:rsidR="007E12AD" w:rsidRPr="00753961">
        <w:rPr>
          <w:sz w:val="32"/>
          <w:szCs w:val="32"/>
        </w:rPr>
        <w:t>Klik Tip Mekanik</w:t>
      </w:r>
      <w:r w:rsidRPr="00753961">
        <w:rPr>
          <w:sz w:val="32"/>
          <w:szCs w:val="32"/>
        </w:rPr>
        <w:t xml:space="preserve"> Tork Anahtarı, 10-50 in-lb</w:t>
      </w:r>
    </w:p>
    <w:p w14:paraId="3EFCC995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616F7C24" w14:textId="77777777" w:rsidR="004450EA" w:rsidRDefault="00642BD7" w:rsidP="00642BD7">
      <w:pPr>
        <w:pStyle w:val="ListeNumaras"/>
        <w:numPr>
          <w:ilvl w:val="1"/>
          <w:numId w:val="14"/>
        </w:numPr>
      </w:pPr>
      <w:r>
        <w:t xml:space="preserve">Kare sürücü ölçüsü </w:t>
      </w:r>
      <w:r w:rsidR="007E12AD">
        <w:t>1/4 inch</w:t>
      </w:r>
      <w:r>
        <w:t>; ayar aralığı 10-50 in-lb (yaklaşık 1,1-5,6 N·m); skala bölüntüsü en fazla 1 in-lb olacaktır.</w:t>
      </w:r>
    </w:p>
    <w:p w14:paraId="2435FF2F" w14:textId="77777777" w:rsidR="004450EA" w:rsidRDefault="00642BD7" w:rsidP="00642BD7">
      <w:pPr>
        <w:pStyle w:val="ListeNumaras"/>
        <w:numPr>
          <w:ilvl w:val="1"/>
          <w:numId w:val="14"/>
        </w:numPr>
      </w:pPr>
      <w:r>
        <w:t>Cırcırlı kafa ve lokmanın yanlışlıkla ayrılmasını önleyen hızlı bırakma mekanizması bulunacaktır.</w:t>
      </w:r>
    </w:p>
    <w:p w14:paraId="0B069E24" w14:textId="77777777" w:rsidR="004450EA" w:rsidRDefault="00642BD7" w:rsidP="00642BD7">
      <w:pPr>
        <w:pStyle w:val="ListeNumaras"/>
        <w:numPr>
          <w:ilvl w:val="1"/>
          <w:numId w:val="14"/>
        </w:numPr>
      </w:pPr>
      <w:r>
        <w:t>Doğruluk, kapasitenin %20-%100 aralığında saat yönünde en az ±%4, saat yönünün tersinde en az ±%6 olacaktır.</w:t>
      </w:r>
    </w:p>
    <w:p w14:paraId="741BC579" w14:textId="77777777" w:rsidR="004450EA" w:rsidRDefault="00642BD7" w:rsidP="00642BD7">
      <w:pPr>
        <w:pStyle w:val="ListeNumaras"/>
        <w:numPr>
          <w:ilvl w:val="1"/>
          <w:numId w:val="14"/>
        </w:numPr>
      </w:pPr>
      <w:r>
        <w:t>Toplam uzunluk yaklaşık 9-</w:t>
      </w:r>
      <w:r w:rsidR="007E12AD">
        <w:t>1/2 inch</w:t>
      </w:r>
      <w:r>
        <w:t xml:space="preserve"> (241 mm) olacak; sap ayar değerini kilitleyebilecektir.</w:t>
      </w:r>
    </w:p>
    <w:p w14:paraId="11BF841E" w14:textId="03371B37" w:rsidR="00FF3B20" w:rsidRDefault="00642BD7" w:rsidP="00642BD7">
      <w:pPr>
        <w:pStyle w:val="ListeNumaras"/>
        <w:numPr>
          <w:ilvl w:val="1"/>
          <w:numId w:val="14"/>
        </w:numPr>
      </w:pPr>
      <w:r>
        <w:t>ASME B107.300/B107.14 ve ISO 6789 esaslarına uygun, seri numaralı ve izlenebilir kalibrasyon sertifikalı teslim edilecektir.</w:t>
      </w:r>
    </w:p>
    <w:p w14:paraId="4DB8A120" w14:textId="192F0A70" w:rsidR="00FF3B20" w:rsidRPr="00753961" w:rsidRDefault="00642BD7" w:rsidP="00753961">
      <w:pPr>
        <w:pStyle w:val="Balk2"/>
        <w:numPr>
          <w:ilvl w:val="1"/>
          <w:numId w:val="31"/>
        </w:numPr>
        <w:rPr>
          <w:sz w:val="32"/>
          <w:szCs w:val="32"/>
        </w:rPr>
      </w:pPr>
      <w:r w:rsidRPr="00753961">
        <w:rPr>
          <w:sz w:val="32"/>
          <w:szCs w:val="32"/>
        </w:rPr>
        <w:t xml:space="preserve"> </w:t>
      </w:r>
      <w:r w:rsidR="007E12AD" w:rsidRPr="00753961">
        <w:rPr>
          <w:sz w:val="32"/>
          <w:szCs w:val="32"/>
        </w:rPr>
        <w:t>1/4 inchch</w:t>
      </w:r>
      <w:r w:rsidRPr="00753961">
        <w:rPr>
          <w:sz w:val="32"/>
          <w:szCs w:val="32"/>
        </w:rPr>
        <w:t xml:space="preserve"> Sürücülü </w:t>
      </w:r>
      <w:r w:rsidR="007E12AD" w:rsidRPr="00753961">
        <w:rPr>
          <w:sz w:val="32"/>
          <w:szCs w:val="32"/>
        </w:rPr>
        <w:t>Klik Tip Mekanik</w:t>
      </w:r>
      <w:r w:rsidRPr="00753961">
        <w:rPr>
          <w:sz w:val="32"/>
          <w:szCs w:val="32"/>
        </w:rPr>
        <w:t xml:space="preserve"> Tork Anahtarı, 40-200 in-lb</w:t>
      </w:r>
    </w:p>
    <w:p w14:paraId="3F0A1B1F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138B09FA" w14:textId="77777777" w:rsidR="004450EA" w:rsidRDefault="004450EA" w:rsidP="00642BD7">
      <w:pPr>
        <w:pStyle w:val="ListeNumaras"/>
        <w:numPr>
          <w:ilvl w:val="1"/>
          <w:numId w:val="15"/>
        </w:numPr>
      </w:pPr>
      <w:r>
        <w:t xml:space="preserve"> Kare sürücü </w:t>
      </w:r>
      <w:r w:rsidR="007E12AD">
        <w:t>1/4 inch</w:t>
      </w:r>
      <w:r>
        <w:t>; ayar aralığı 40-200 in-lb (yaklaşık 4,5-22,6 N·m); bölüntü en fazla 1 in-lb olacaktır.</w:t>
      </w:r>
    </w:p>
    <w:p w14:paraId="40F8AC89" w14:textId="77777777" w:rsidR="004450EA" w:rsidRDefault="004450EA" w:rsidP="00642BD7">
      <w:pPr>
        <w:pStyle w:val="ListeNumaras"/>
        <w:numPr>
          <w:ilvl w:val="1"/>
          <w:numId w:val="15"/>
        </w:numPr>
      </w:pPr>
      <w:r>
        <w:t xml:space="preserve"> Cırcırlı kafa, kilitlenebilir </w:t>
      </w:r>
      <w:r w:rsidR="007E12AD">
        <w:t>Klik Tip Mekanik</w:t>
      </w:r>
      <w:r>
        <w:t xml:space="preserve"> ayar ve tam polisajlı/korozyona dayanıklı metal gövde bulunacaktır.</w:t>
      </w:r>
    </w:p>
    <w:p w14:paraId="21D43964" w14:textId="77777777" w:rsidR="004450EA" w:rsidRDefault="004450EA" w:rsidP="00642BD7">
      <w:pPr>
        <w:pStyle w:val="ListeNumaras"/>
        <w:numPr>
          <w:ilvl w:val="1"/>
          <w:numId w:val="15"/>
        </w:numPr>
      </w:pPr>
      <w:r>
        <w:t xml:space="preserve"> Doğruluk, kapasitenin %20-%100 aralığında saat yönünde en az ±%4 ve ters yönde en az ±%6 olacaktır.</w:t>
      </w:r>
    </w:p>
    <w:p w14:paraId="698A5863" w14:textId="77777777" w:rsidR="004450EA" w:rsidRDefault="004450EA" w:rsidP="00642BD7">
      <w:pPr>
        <w:pStyle w:val="ListeNumaras"/>
        <w:numPr>
          <w:ilvl w:val="1"/>
          <w:numId w:val="15"/>
        </w:numPr>
      </w:pPr>
      <w:r>
        <w:t xml:space="preserve"> Toplam uzunluk yaklaşık 11-7/8 in (302 mm) olacaktır.</w:t>
      </w:r>
    </w:p>
    <w:p w14:paraId="1B3C1CA4" w14:textId="7B6DB5D0" w:rsidR="00FF3B20" w:rsidRDefault="004450EA" w:rsidP="00642BD7">
      <w:pPr>
        <w:pStyle w:val="ListeNumaras"/>
        <w:numPr>
          <w:ilvl w:val="1"/>
          <w:numId w:val="15"/>
        </w:numPr>
      </w:pPr>
      <w:r>
        <w:t xml:space="preserve"> ASME B107.300/B107.14 ve ISO 6789 esaslarına uygun, seri numaralı ve izlenebilir kalibrasyon sertifikalı teslim edilecektir.</w:t>
      </w:r>
    </w:p>
    <w:p w14:paraId="296BB5F4" w14:textId="52F19664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  <w:szCs w:val="32"/>
        </w:rPr>
      </w:pPr>
      <w:r>
        <w:t xml:space="preserve"> </w:t>
      </w:r>
      <w:r w:rsidR="007E12AD" w:rsidRPr="002D7E40">
        <w:rPr>
          <w:sz w:val="32"/>
          <w:szCs w:val="32"/>
        </w:rPr>
        <w:t>3/8 inch</w:t>
      </w:r>
      <w:r w:rsidRPr="002D7E40">
        <w:rPr>
          <w:sz w:val="32"/>
          <w:szCs w:val="32"/>
        </w:rPr>
        <w:t xml:space="preserve"> Sürücülü </w:t>
      </w:r>
      <w:r w:rsidR="007E12AD" w:rsidRPr="002D7E40">
        <w:rPr>
          <w:sz w:val="32"/>
          <w:szCs w:val="32"/>
        </w:rPr>
        <w:t>Klik Tip Mekanik</w:t>
      </w:r>
      <w:r w:rsidRPr="002D7E40">
        <w:rPr>
          <w:sz w:val="32"/>
          <w:szCs w:val="32"/>
        </w:rPr>
        <w:t xml:space="preserve"> Tork Anahtarı, 40-200 in-lb</w:t>
      </w:r>
    </w:p>
    <w:p w14:paraId="2430276F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331BF812" w14:textId="53088AC0" w:rsidR="004450EA" w:rsidRDefault="004450EA" w:rsidP="00642BD7">
      <w:pPr>
        <w:pStyle w:val="ListeNumaras"/>
        <w:numPr>
          <w:ilvl w:val="1"/>
          <w:numId w:val="16"/>
        </w:numPr>
      </w:pPr>
      <w:r>
        <w:t xml:space="preserve"> Kare sürücü </w:t>
      </w:r>
      <w:r w:rsidR="007E12AD">
        <w:t>3/8 inch</w:t>
      </w:r>
      <w:r>
        <w:t>; ayar aralığı 40-200 in-lb (yaklaşık 4,5-22,6 N·m); bölüntü en fazla 1 in-lb olacaktır.</w:t>
      </w:r>
    </w:p>
    <w:p w14:paraId="4F563360" w14:textId="77777777" w:rsidR="004450EA" w:rsidRDefault="004450EA" w:rsidP="00642BD7">
      <w:pPr>
        <w:pStyle w:val="ListeNumaras"/>
        <w:numPr>
          <w:ilvl w:val="1"/>
          <w:numId w:val="16"/>
        </w:numPr>
      </w:pPr>
      <w:r>
        <w:t xml:space="preserve"> Cırcırlı kafa, kilitlenebilir </w:t>
      </w:r>
      <w:r w:rsidR="007E12AD">
        <w:t>Klik Tip Mekanik</w:t>
      </w:r>
      <w:r>
        <w:t xml:space="preserve"> ayar ve tam polisajlı/korozyona dayanıklı metal gövde bulunacaktır.</w:t>
      </w:r>
    </w:p>
    <w:p w14:paraId="155E420E" w14:textId="38FDC2F7" w:rsidR="00FF3B20" w:rsidRDefault="004450EA" w:rsidP="00642BD7">
      <w:pPr>
        <w:pStyle w:val="ListeNumaras"/>
        <w:numPr>
          <w:ilvl w:val="1"/>
          <w:numId w:val="16"/>
        </w:numPr>
      </w:pPr>
      <w:r>
        <w:t xml:space="preserve"> Doğruluk, kapasitenin %20-%100 aralığında saat yönünde en az ±%4 ve ters yönde en az ±%6 olacaktır.</w:t>
      </w:r>
    </w:p>
    <w:p w14:paraId="306C6533" w14:textId="77777777" w:rsidR="004450EA" w:rsidRDefault="004450EA" w:rsidP="00642BD7">
      <w:pPr>
        <w:pStyle w:val="ListeNumaras"/>
        <w:numPr>
          <w:ilvl w:val="1"/>
          <w:numId w:val="16"/>
        </w:numPr>
      </w:pPr>
      <w:r>
        <w:t xml:space="preserve"> Toplam uzunluk yaklaşık 11-7/8 in (302 mm) olacaktır.</w:t>
      </w:r>
    </w:p>
    <w:p w14:paraId="40EA6CEE" w14:textId="49731956" w:rsidR="00FF3B20" w:rsidRDefault="004450EA" w:rsidP="00642BD7">
      <w:pPr>
        <w:pStyle w:val="ListeNumaras"/>
        <w:numPr>
          <w:ilvl w:val="1"/>
          <w:numId w:val="16"/>
        </w:numPr>
      </w:pPr>
      <w:r>
        <w:t xml:space="preserve"> ASME B107.300/B107.14 ve ISO 6789 esaslarına uygun, seri numaralı ve izlenebilir kalibrasyon sertifikalı teslim edilecektir.</w:t>
      </w:r>
    </w:p>
    <w:p w14:paraId="4A8039A6" w14:textId="101538D3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  <w:szCs w:val="32"/>
        </w:rPr>
      </w:pPr>
      <w:r>
        <w:t xml:space="preserve"> </w:t>
      </w:r>
      <w:r w:rsidR="007E12AD" w:rsidRPr="002D7E40">
        <w:rPr>
          <w:sz w:val="32"/>
          <w:szCs w:val="32"/>
        </w:rPr>
        <w:t>1/2 inch</w:t>
      </w:r>
      <w:r w:rsidRPr="002D7E40">
        <w:rPr>
          <w:sz w:val="32"/>
          <w:szCs w:val="32"/>
        </w:rPr>
        <w:t xml:space="preserve"> Sürücülü </w:t>
      </w:r>
      <w:r w:rsidR="007E12AD" w:rsidRPr="002D7E40">
        <w:rPr>
          <w:sz w:val="32"/>
          <w:szCs w:val="32"/>
        </w:rPr>
        <w:t>Klik Tip Mekanik</w:t>
      </w:r>
      <w:r w:rsidRPr="002D7E40">
        <w:rPr>
          <w:sz w:val="32"/>
          <w:szCs w:val="32"/>
        </w:rPr>
        <w:t xml:space="preserve"> Tork Anahtarı, 320-1.600 in-lb</w:t>
      </w:r>
    </w:p>
    <w:p w14:paraId="34306BD9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4C0D94EF" w14:textId="77777777" w:rsidR="004450EA" w:rsidRDefault="004450EA" w:rsidP="00642BD7">
      <w:pPr>
        <w:pStyle w:val="ListeNumaras"/>
        <w:numPr>
          <w:ilvl w:val="1"/>
          <w:numId w:val="17"/>
        </w:numPr>
      </w:pPr>
      <w:r>
        <w:t xml:space="preserve"> Kare sürücü </w:t>
      </w:r>
      <w:r w:rsidR="007E12AD">
        <w:t>1/2 inch</w:t>
      </w:r>
      <w:r>
        <w:t>; ayar aralığı 320-1.600 in-lb (yaklaşık 36-181 N·m); bölüntü en fazla 10 in-lb olacaktır.</w:t>
      </w:r>
    </w:p>
    <w:p w14:paraId="0D2580B2" w14:textId="77777777" w:rsidR="004450EA" w:rsidRDefault="004450EA" w:rsidP="00642BD7">
      <w:pPr>
        <w:pStyle w:val="ListeNumaras"/>
        <w:numPr>
          <w:ilvl w:val="1"/>
          <w:numId w:val="17"/>
        </w:numPr>
      </w:pPr>
      <w:r>
        <w:t xml:space="preserve"> Cırcırlı kafa, kilitlenebilir </w:t>
      </w:r>
      <w:r w:rsidR="007E12AD">
        <w:t>Klik Tip Mekanik</w:t>
      </w:r>
      <w:r>
        <w:t xml:space="preserve"> ayar ve tam polisajlı/korozyona dayanıklı metal gövde bulunacaktır.</w:t>
      </w:r>
    </w:p>
    <w:p w14:paraId="0D9A686F" w14:textId="77777777" w:rsidR="004450EA" w:rsidRDefault="004450EA" w:rsidP="00642BD7">
      <w:pPr>
        <w:pStyle w:val="ListeNumaras"/>
        <w:numPr>
          <w:ilvl w:val="1"/>
          <w:numId w:val="17"/>
        </w:numPr>
      </w:pPr>
      <w:r>
        <w:t xml:space="preserve"> Doğruluk, kapasitenin %20-%100 aralığında saat yönünde en az ±%4 ve ters yönde en az ±%6 olacaktır.</w:t>
      </w:r>
    </w:p>
    <w:p w14:paraId="2804DE94" w14:textId="77777777" w:rsidR="004450EA" w:rsidRDefault="004450EA" w:rsidP="00642BD7">
      <w:pPr>
        <w:pStyle w:val="ListeNumaras"/>
        <w:numPr>
          <w:ilvl w:val="1"/>
          <w:numId w:val="17"/>
        </w:numPr>
      </w:pPr>
      <w:r>
        <w:t xml:space="preserve"> Toplam uzunluk yaklaşık 21-</w:t>
      </w:r>
      <w:r w:rsidR="007E12AD">
        <w:t>1/2 inch</w:t>
      </w:r>
      <w:r>
        <w:t xml:space="preserve"> (546 mm) olacaktır.</w:t>
      </w:r>
    </w:p>
    <w:p w14:paraId="3E648673" w14:textId="5DDBA5E3" w:rsidR="00FF3B20" w:rsidRDefault="004450EA" w:rsidP="00642BD7">
      <w:pPr>
        <w:pStyle w:val="ListeNumaras"/>
        <w:numPr>
          <w:ilvl w:val="1"/>
          <w:numId w:val="17"/>
        </w:numPr>
      </w:pPr>
      <w:r>
        <w:t xml:space="preserve"> ASME B107.300/B107.14 ve ISO 6789 esaslarına uygun, seri numaralı ve izlenebilir kalibrasyon sertifikalı teslim edilecektir.</w:t>
      </w:r>
    </w:p>
    <w:p w14:paraId="3186CBEF" w14:textId="159250DB" w:rsidR="00FF3B20" w:rsidRDefault="00FF3B20"/>
    <w:p w14:paraId="1B4A67B8" w14:textId="14D8CEAA" w:rsidR="00FF3B20" w:rsidRPr="00676260" w:rsidRDefault="00642BD7" w:rsidP="00753961">
      <w:pPr>
        <w:pStyle w:val="Balk2"/>
        <w:numPr>
          <w:ilvl w:val="1"/>
          <w:numId w:val="31"/>
        </w:numPr>
      </w:pPr>
      <w:r w:rsidRPr="00676260">
        <w:lastRenderedPageBreak/>
        <w:t xml:space="preserve"> </w:t>
      </w:r>
      <w:r w:rsidRPr="002D7E40">
        <w:rPr>
          <w:sz w:val="32"/>
        </w:rPr>
        <w:t>Otomatik Geri Dönüşlü Emniyet Teli Bükme Pensesi, 6 in</w:t>
      </w:r>
      <w:r w:rsidR="007E12AD" w:rsidRPr="002D7E40">
        <w:rPr>
          <w:sz w:val="32"/>
        </w:rPr>
        <w:t>ch</w:t>
      </w:r>
    </w:p>
    <w:p w14:paraId="1079B3CC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50CFCFCE" w14:textId="46D6A336" w:rsidR="004450EA" w:rsidRDefault="004450EA" w:rsidP="00642BD7">
      <w:pPr>
        <w:pStyle w:val="ListeNumaras"/>
        <w:numPr>
          <w:ilvl w:val="1"/>
          <w:numId w:val="18"/>
        </w:numPr>
      </w:pPr>
      <w:r>
        <w:t xml:space="preserve"> Toplam uzunluk 6 in</w:t>
      </w:r>
      <w:r w:rsidR="007E12AD">
        <w:t>ch</w:t>
      </w:r>
      <w:r>
        <w:t xml:space="preserve"> (yaklaşık 152 mm), çene tipi konik/tapered olacaktır.</w:t>
      </w:r>
    </w:p>
    <w:p w14:paraId="30A8F3F7" w14:textId="77777777" w:rsidR="004450EA" w:rsidRDefault="004450EA" w:rsidP="00642BD7">
      <w:pPr>
        <w:pStyle w:val="ListeNumaras"/>
        <w:numPr>
          <w:ilvl w:val="1"/>
          <w:numId w:val="18"/>
        </w:numPr>
      </w:pPr>
      <w:r>
        <w:t xml:space="preserve"> Tek elle itme-çekme ile çalışan, otomatik geri dönüşlü ve sağ/sol yönde büküm yapabilen mekanizmaya sahip olacaktır.</w:t>
      </w:r>
    </w:p>
    <w:p w14:paraId="1631FA9E" w14:textId="77777777" w:rsidR="004450EA" w:rsidRDefault="004450EA" w:rsidP="00642BD7">
      <w:pPr>
        <w:pStyle w:val="ListeNumaras"/>
        <w:numPr>
          <w:ilvl w:val="1"/>
          <w:numId w:val="18"/>
        </w:numPr>
      </w:pPr>
      <w:r>
        <w:t xml:space="preserve"> Çeneler emniyet telini kesmeden güvenli kavrayacak şekilde sertleştirilmiş alaşımlı çelikten üretilecektir.</w:t>
      </w:r>
    </w:p>
    <w:p w14:paraId="5EF624FD" w14:textId="77777777" w:rsidR="004450EA" w:rsidRDefault="004450EA" w:rsidP="00642BD7">
      <w:pPr>
        <w:pStyle w:val="ListeNumaras"/>
        <w:numPr>
          <w:ilvl w:val="1"/>
          <w:numId w:val="18"/>
        </w:numPr>
      </w:pPr>
      <w:r>
        <w:t xml:space="preserve"> Mekanizma boşluksuz çalışacak; tel bükümünde düzenli hatve oluşturacak ve kilitleme mandalı bulunacaktır.</w:t>
      </w:r>
    </w:p>
    <w:p w14:paraId="2927F5D5" w14:textId="23F5DB7F" w:rsidR="00FF3B20" w:rsidRDefault="004450EA" w:rsidP="00642BD7">
      <w:pPr>
        <w:pStyle w:val="ListeNumaras"/>
        <w:numPr>
          <w:ilvl w:val="1"/>
          <w:numId w:val="18"/>
        </w:numPr>
      </w:pPr>
      <w:r>
        <w:t xml:space="preserve"> Yüzey korozyona dayanıklı olacaktır; ürün yeni, kullanılmamış ve üretici ambalajında teslim edilecektir.</w:t>
      </w:r>
    </w:p>
    <w:p w14:paraId="39A95198" w14:textId="51BEB996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</w:rPr>
      </w:pPr>
      <w:r w:rsidRPr="00676260">
        <w:t xml:space="preserve"> </w:t>
      </w:r>
      <w:r w:rsidRPr="002D7E40">
        <w:rPr>
          <w:sz w:val="32"/>
        </w:rPr>
        <w:t>Otomatik Geri Dönüşlü Emniyet Teli Bükme Pensesi, 9 in</w:t>
      </w:r>
      <w:r w:rsidR="007E12AD" w:rsidRPr="002D7E40">
        <w:rPr>
          <w:sz w:val="32"/>
        </w:rPr>
        <w:t>ch</w:t>
      </w:r>
    </w:p>
    <w:p w14:paraId="2FAC1866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5E563A46" w14:textId="6AC1E512" w:rsidR="004450EA" w:rsidRDefault="004450EA" w:rsidP="00642BD7">
      <w:pPr>
        <w:pStyle w:val="ListeNumaras"/>
        <w:numPr>
          <w:ilvl w:val="1"/>
          <w:numId w:val="19"/>
        </w:numPr>
      </w:pPr>
      <w:r>
        <w:t xml:space="preserve"> Toplam uzunluk yaklaşık 9 in</w:t>
      </w:r>
      <w:r w:rsidR="007E12AD">
        <w:t>ch</w:t>
      </w:r>
      <w:r>
        <w:t xml:space="preserve"> (229 mm), çene tipi konik/tapered olacaktır.</w:t>
      </w:r>
    </w:p>
    <w:p w14:paraId="22FFFA27" w14:textId="77777777" w:rsidR="004450EA" w:rsidRDefault="004450EA" w:rsidP="00642BD7">
      <w:pPr>
        <w:pStyle w:val="ListeNumaras"/>
        <w:numPr>
          <w:ilvl w:val="1"/>
          <w:numId w:val="19"/>
        </w:numPr>
      </w:pPr>
      <w:r>
        <w:t xml:space="preserve"> Tek elle itme-çekme ile çalışan, otomatik geri dönüşlü ve sağ/sol yönde büküm yapabilen mekanizmaya sahip olacaktır.</w:t>
      </w:r>
    </w:p>
    <w:p w14:paraId="55499D5B" w14:textId="77777777" w:rsidR="004450EA" w:rsidRDefault="004450EA" w:rsidP="00642BD7">
      <w:pPr>
        <w:pStyle w:val="ListeNumaras"/>
        <w:numPr>
          <w:ilvl w:val="1"/>
          <w:numId w:val="19"/>
        </w:numPr>
      </w:pPr>
      <w:r>
        <w:t xml:space="preserve"> Çeneler emniyet telini kesmeden güvenli kavrayacak şekilde sertleştirilmiş alaşımlı çelikten üretilecektir.</w:t>
      </w:r>
    </w:p>
    <w:p w14:paraId="02B7746A" w14:textId="77777777" w:rsidR="004450EA" w:rsidRDefault="004450EA" w:rsidP="00642BD7">
      <w:pPr>
        <w:pStyle w:val="ListeNumaras"/>
        <w:numPr>
          <w:ilvl w:val="1"/>
          <w:numId w:val="19"/>
        </w:numPr>
      </w:pPr>
      <w:r>
        <w:t xml:space="preserve"> Mekanizma boşluksuz çalışacak; tel bükümünde düzenli hatve oluşturacak ve kilitleme mandalı bulunacaktır.</w:t>
      </w:r>
    </w:p>
    <w:p w14:paraId="2C9077DF" w14:textId="52F9C393" w:rsidR="00FF3B20" w:rsidRDefault="004450EA" w:rsidP="00642BD7">
      <w:pPr>
        <w:pStyle w:val="ListeNumaras"/>
        <w:numPr>
          <w:ilvl w:val="1"/>
          <w:numId w:val="19"/>
        </w:numPr>
      </w:pPr>
      <w:r>
        <w:t xml:space="preserve"> Yüzey korozyona dayanıklı olacaktır; ürün yeni, kullanılmamış ve üretici ambalajında teslim edilecektir.</w:t>
      </w:r>
    </w:p>
    <w:p w14:paraId="6367C730" w14:textId="7CCCA987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</w:rPr>
      </w:pPr>
      <w:r w:rsidRPr="002D7E40">
        <w:rPr>
          <w:sz w:val="32"/>
        </w:rPr>
        <w:t xml:space="preserve"> Sac Metal Geçici Bağlantı Elemanı Kiti</w:t>
      </w:r>
    </w:p>
    <w:p w14:paraId="1F5175D3" w14:textId="3057B9A1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4BD701F8" w14:textId="77777777" w:rsidR="004450EA" w:rsidRDefault="004450EA" w:rsidP="00642BD7">
      <w:pPr>
        <w:pStyle w:val="ListeNumaras"/>
        <w:numPr>
          <w:ilvl w:val="1"/>
          <w:numId w:val="26"/>
        </w:numPr>
      </w:pPr>
      <w:r>
        <w:t xml:space="preserve"> Uçak sac metal parçalarının delme, hizalama ve perçinleme öncesinde geçici olarak birleştirilmesinde kullanılacak yaylı geçici bağlantı elemanları ve uygulama penselerinden oluşacaktır.</w:t>
      </w:r>
    </w:p>
    <w:p w14:paraId="4ACEDAD1" w14:textId="77777777" w:rsidR="004450EA" w:rsidRDefault="004450EA" w:rsidP="00642BD7">
      <w:pPr>
        <w:pStyle w:val="ListeNumaras"/>
        <w:numPr>
          <w:ilvl w:val="1"/>
          <w:numId w:val="26"/>
        </w:numPr>
      </w:pPr>
      <w:r>
        <w:t xml:space="preserve">  Kit, en az 3/32 in (#40), 1/8 in (#30), 5/32 in (#20) ve 3/16 in (#10) nominal ölçülerde bağlantı elemanları içerecek; her ölçü renk veya kalıcı işaret ile ayırt edilecektir.</w:t>
      </w:r>
    </w:p>
    <w:p w14:paraId="2D2A75F3" w14:textId="77777777" w:rsidR="004450EA" w:rsidRDefault="004450EA" w:rsidP="00642BD7">
      <w:pPr>
        <w:pStyle w:val="ListeNumaras"/>
        <w:numPr>
          <w:ilvl w:val="1"/>
          <w:numId w:val="26"/>
        </w:numPr>
      </w:pPr>
      <w:r>
        <w:t xml:space="preserve">  Bağlantı elemanları korozyona dayanıklı çelik gövdeli, tekrarlı kullanıma uygun ve en az </w:t>
      </w:r>
      <w:r w:rsidR="007E12AD">
        <w:t>1/4 inch</w:t>
      </w:r>
      <w:r>
        <w:t xml:space="preserve"> (6,35 mm) malzeme kavrama kapasitesine sahip olacaktır.</w:t>
      </w:r>
    </w:p>
    <w:p w14:paraId="79C903CF" w14:textId="77777777" w:rsidR="004450EA" w:rsidRDefault="004450EA" w:rsidP="00642BD7">
      <w:pPr>
        <w:pStyle w:val="ListeNumaras"/>
        <w:numPr>
          <w:ilvl w:val="1"/>
          <w:numId w:val="26"/>
        </w:numPr>
      </w:pPr>
      <w:r>
        <w:t xml:space="preserve">  Her ölçüyle uyumlu uygulama pensesi ve bölmeli, taşınabilir saklama kutusu bulunacaktır.</w:t>
      </w:r>
    </w:p>
    <w:p w14:paraId="4893B7CE" w14:textId="46DC81FD" w:rsidR="00FF3B20" w:rsidRDefault="004450EA" w:rsidP="00642BD7">
      <w:pPr>
        <w:pStyle w:val="ListeNumaras"/>
        <w:numPr>
          <w:ilvl w:val="1"/>
          <w:numId w:val="26"/>
        </w:numPr>
      </w:pPr>
      <w:r>
        <w:t xml:space="preserve">  Kesin adet ve ölçü dağılımı teklif ile sunulacak güncel içerik listesinde gösterilecek ve sipariş öncesi idarenin onayına tabi olacaktır.</w:t>
      </w:r>
    </w:p>
    <w:p w14:paraId="65FF22E4" w14:textId="2093BAF0" w:rsidR="00FF3B20" w:rsidRDefault="00FF3B20"/>
    <w:p w14:paraId="07EA627E" w14:textId="4A179AF1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</w:rPr>
      </w:pPr>
      <w:r w:rsidRPr="002D7E40">
        <w:rPr>
          <w:sz w:val="32"/>
        </w:rPr>
        <w:t xml:space="preserve"> Spiral Kanallı Kırık Vida Sökücü ve Matkap Ucu Seti</w:t>
      </w:r>
    </w:p>
    <w:p w14:paraId="45D13133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0B229BCD" w14:textId="77777777" w:rsidR="004450EA" w:rsidRDefault="004450EA" w:rsidP="00642BD7">
      <w:pPr>
        <w:pStyle w:val="ListeNumaras"/>
        <w:numPr>
          <w:ilvl w:val="1"/>
          <w:numId w:val="27"/>
        </w:numPr>
      </w:pPr>
      <w:r>
        <w:t xml:space="preserve"> Kırılmış saplama, cıvata, soket başlı vida ve bağlantı parçalarının sökülmesine uygun spiral kanallı, sol yönlü sökücülerden oluşacaktır.</w:t>
      </w:r>
    </w:p>
    <w:p w14:paraId="5F9CD7CA" w14:textId="77777777" w:rsidR="004450EA" w:rsidRDefault="004450EA" w:rsidP="00642BD7">
      <w:pPr>
        <w:pStyle w:val="ListeNumaras"/>
        <w:numPr>
          <w:ilvl w:val="1"/>
          <w:numId w:val="27"/>
        </w:numPr>
      </w:pPr>
      <w:r>
        <w:t xml:space="preserve">  Sette EX-1, EX-2, EX-3, EX-4 ve EX-5 sınıfında en az beş sökücü ile bunlara uygun 5/64, 7/64, 5/32, 1/4 ve 19/64 in matkap uçları bulunacaktır.</w:t>
      </w:r>
    </w:p>
    <w:p w14:paraId="6F50A55E" w14:textId="77777777" w:rsidR="004450EA" w:rsidRDefault="004450EA" w:rsidP="00642BD7">
      <w:pPr>
        <w:pStyle w:val="ListeNumaras"/>
        <w:numPr>
          <w:ilvl w:val="1"/>
          <w:numId w:val="27"/>
        </w:numPr>
      </w:pPr>
      <w:r>
        <w:t xml:space="preserve">  Sökücülerin sol spiral geometrisi, ters yönde çevrildikçe parçaya daha kuvvetli tutunacak yapıda olacaktır.</w:t>
      </w:r>
    </w:p>
    <w:p w14:paraId="40D43FA0" w14:textId="77777777" w:rsidR="004450EA" w:rsidRDefault="004450EA" w:rsidP="00642BD7">
      <w:pPr>
        <w:pStyle w:val="ListeNumaras"/>
        <w:numPr>
          <w:ilvl w:val="1"/>
          <w:numId w:val="27"/>
        </w:numPr>
      </w:pPr>
      <w:r>
        <w:t xml:space="preserve">  Her sökücü üzerinde ölçüsü ve tavsiye edilen matkap ucu ölçüsü kalıcı olarak işaretlenecektir.</w:t>
      </w:r>
    </w:p>
    <w:p w14:paraId="569A7ED2" w14:textId="0A436570" w:rsidR="00FF3B20" w:rsidRDefault="004450EA" w:rsidP="00642BD7">
      <w:pPr>
        <w:pStyle w:val="ListeNumaras"/>
        <w:numPr>
          <w:ilvl w:val="1"/>
          <w:numId w:val="27"/>
        </w:numPr>
      </w:pPr>
      <w:r>
        <w:t xml:space="preserve">  Tüm parçalar düzenleyici metal veya darbeye dayanıklı sert kutu içinde teslim edilecektir.</w:t>
      </w:r>
    </w:p>
    <w:p w14:paraId="330F250F" w14:textId="77777777" w:rsidR="00650740" w:rsidRDefault="00650740">
      <w:pPr>
        <w:pStyle w:val="Balk2"/>
      </w:pPr>
    </w:p>
    <w:p w14:paraId="21455DA9" w14:textId="0CF5C0F0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</w:rPr>
      </w:pPr>
      <w:r>
        <w:t xml:space="preserve"> </w:t>
      </w:r>
      <w:r w:rsidRPr="002D7E40">
        <w:rPr>
          <w:sz w:val="32"/>
        </w:rPr>
        <w:t>41 Parça İnç Kılavuz ve Altıgen Pafta Seti</w:t>
      </w:r>
    </w:p>
    <w:p w14:paraId="7D26D26A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0F51ABDC" w14:textId="77777777" w:rsidR="004450EA" w:rsidRDefault="004450EA" w:rsidP="00642BD7">
      <w:pPr>
        <w:pStyle w:val="ListeNumaras"/>
        <w:numPr>
          <w:ilvl w:val="1"/>
          <w:numId w:val="28"/>
        </w:numPr>
      </w:pPr>
      <w:r>
        <w:t xml:space="preserve"> Set toplam 41 parçadan oluşacak; makine vidası ve kesirli inç UNC/UNF dişlerin açılması ve onarılmasına uygun olacaktır.</w:t>
      </w:r>
    </w:p>
    <w:p w14:paraId="3E621356" w14:textId="77777777" w:rsidR="004450EA" w:rsidRDefault="004450EA" w:rsidP="00642BD7">
      <w:pPr>
        <w:pStyle w:val="ListeNumaras"/>
        <w:numPr>
          <w:ilvl w:val="1"/>
          <w:numId w:val="28"/>
        </w:numPr>
      </w:pPr>
      <w:r>
        <w:t xml:space="preserve">  Kılavuz ve altıgen paftalar yüksek karbonlu takım çeliğinden imal edilecektir.</w:t>
      </w:r>
    </w:p>
    <w:p w14:paraId="32F5CC68" w14:textId="77777777" w:rsidR="004450EA" w:rsidRDefault="004450EA" w:rsidP="00642BD7">
      <w:pPr>
        <w:pStyle w:val="ListeNumaras"/>
        <w:numPr>
          <w:ilvl w:val="1"/>
          <w:numId w:val="28"/>
        </w:numPr>
      </w:pPr>
      <w:r>
        <w:t xml:space="preserve">  Kapsanan diş ölçüleri en az #4-40 ile 1/2-20 aralığında olacak; ilgili kaba ve ince diş ölçüleri set içinde bulunacaktır. </w:t>
      </w:r>
    </w:p>
    <w:p w14:paraId="7DBF0056" w14:textId="77777777" w:rsidR="00650740" w:rsidRDefault="004450EA" w:rsidP="00642BD7">
      <w:pPr>
        <w:pStyle w:val="ListeNumaras"/>
        <w:numPr>
          <w:ilvl w:val="1"/>
          <w:numId w:val="28"/>
        </w:numPr>
      </w:pPr>
      <w:r>
        <w:t xml:space="preserve">  Set; kılavuzlar, 1 in altıgen paftalar, ayarlı kılavuz kolu, T tipi kılavuz kolu, pafta tutucu, diş adımı mastarı ve tornavida/uygun yardımcı aletleri içerecektir.</w:t>
      </w:r>
    </w:p>
    <w:p w14:paraId="04B3D92C" w14:textId="075133A2" w:rsidR="00FF3B20" w:rsidRDefault="00650740" w:rsidP="00642BD7">
      <w:pPr>
        <w:pStyle w:val="ListeNumaras"/>
        <w:numPr>
          <w:ilvl w:val="1"/>
          <w:numId w:val="28"/>
        </w:numPr>
      </w:pPr>
      <w:r>
        <w:t xml:space="preserve">  Her parça ölçüsüne göre işaretli, darbeye dayanıklı ve bölmeli taşıma kutusunda teslim edilecektir.</w:t>
      </w:r>
    </w:p>
    <w:p w14:paraId="0011294D" w14:textId="7EAFB884" w:rsidR="00FF3B20" w:rsidRDefault="00FF3B20" w:rsidP="00D55A48">
      <w:pPr>
        <w:pStyle w:val="ListeNumaras"/>
      </w:pPr>
    </w:p>
    <w:p w14:paraId="2D6A1184" w14:textId="4A8BE2A3" w:rsidR="00FF3B20" w:rsidRPr="002D7E40" w:rsidRDefault="00642BD7" w:rsidP="00753961">
      <w:pPr>
        <w:pStyle w:val="Balk2"/>
        <w:numPr>
          <w:ilvl w:val="1"/>
          <w:numId w:val="31"/>
        </w:numPr>
        <w:rPr>
          <w:sz w:val="32"/>
        </w:rPr>
      </w:pPr>
      <w:r>
        <w:t xml:space="preserve"> </w:t>
      </w:r>
      <w:r w:rsidRPr="002D7E40">
        <w:rPr>
          <w:sz w:val="32"/>
        </w:rPr>
        <w:t>Profesyonel 4X Perçin Tabancası Kiti</w:t>
      </w:r>
    </w:p>
    <w:p w14:paraId="592EC4AD" w14:textId="77777777" w:rsidR="00FF3B20" w:rsidRDefault="00642BD7">
      <w:pPr>
        <w:keepNext/>
      </w:pPr>
      <w:r>
        <w:rPr>
          <w:b/>
          <w:color w:val="1F4D78"/>
        </w:rPr>
        <w:t>Ürün tanımı teknik özellikler üzerinden yapılmıştır.</w:t>
      </w:r>
    </w:p>
    <w:p w14:paraId="5FB1DA7E" w14:textId="77777777" w:rsidR="00650740" w:rsidRDefault="00650740" w:rsidP="00642BD7">
      <w:pPr>
        <w:pStyle w:val="ListeNumaras"/>
        <w:numPr>
          <w:ilvl w:val="1"/>
          <w:numId w:val="30"/>
        </w:numPr>
      </w:pPr>
      <w:r>
        <w:t xml:space="preserve"> Kit, uçak yapısal bakım ve sac metal işlerinde AN470 üniversal ve AN426 havşa başlı perçinlerin çakılmasına uygun olacaktır.</w:t>
      </w:r>
    </w:p>
    <w:p w14:paraId="570D4281" w14:textId="77777777" w:rsidR="00650740" w:rsidRDefault="00650740" w:rsidP="00642BD7">
      <w:pPr>
        <w:pStyle w:val="ListeNumaras"/>
        <w:numPr>
          <w:ilvl w:val="1"/>
          <w:numId w:val="30"/>
        </w:numPr>
      </w:pPr>
      <w:r>
        <w:t xml:space="preserve">  Pnömatik perçin tabancası 4X sınıfında, 0.401 in şaftlı perçin setleriyle uyumlu olacaktır.</w:t>
      </w:r>
    </w:p>
    <w:p w14:paraId="39C9E75F" w14:textId="77777777" w:rsidR="00650740" w:rsidRDefault="00650740" w:rsidP="00642BD7">
      <w:pPr>
        <w:pStyle w:val="ListeNumaras"/>
        <w:numPr>
          <w:ilvl w:val="1"/>
          <w:numId w:val="30"/>
        </w:numPr>
      </w:pPr>
      <w:r>
        <w:t xml:space="preserve">  Kitte en az: 3/32, 1/8, 5/32 ve 3/16 in AN470 için 3,5 in düz setler; aynı ölçülerde 5,5 in düz setler; 3/32, 1/8, 5/32 ve 3/16 in için ofset setler; en az üç flush/mushroom set bulunacaktır.</w:t>
      </w:r>
    </w:p>
    <w:p w14:paraId="45911439" w14:textId="77777777" w:rsidR="00650740" w:rsidRDefault="00650740" w:rsidP="00642BD7">
      <w:pPr>
        <w:pStyle w:val="ListeNumaras"/>
        <w:numPr>
          <w:ilvl w:val="1"/>
          <w:numId w:val="30"/>
        </w:numPr>
      </w:pPr>
      <w:r>
        <w:t xml:space="preserve">  En az dört farklı profilde bucking bar, hava regülatörü, beehive tutucu yay ve hızlı/handi tutucu yay bulunacaktır.</w:t>
      </w:r>
    </w:p>
    <w:p w14:paraId="35CA92C4" w14:textId="77777777" w:rsidR="00650740" w:rsidRDefault="00650740" w:rsidP="00642BD7">
      <w:pPr>
        <w:pStyle w:val="ListeNumaras"/>
        <w:numPr>
          <w:ilvl w:val="1"/>
          <w:numId w:val="30"/>
        </w:numPr>
      </w:pPr>
      <w:r>
        <w:t xml:space="preserve">  Perçin tabancası kontrollü tetiklemeye, ergonomik kavramaya ve ayarlanabilir darbe şiddetine uygun olacaktır.</w:t>
      </w:r>
    </w:p>
    <w:p w14:paraId="2DA36631" w14:textId="738FA73D" w:rsidR="00FF3B20" w:rsidRDefault="00650740" w:rsidP="00642BD7">
      <w:pPr>
        <w:pStyle w:val="ListeNumaras"/>
        <w:numPr>
          <w:ilvl w:val="1"/>
          <w:numId w:val="30"/>
        </w:numPr>
      </w:pPr>
      <w:r>
        <w:t xml:space="preserve">  Tüm parçalar her bir yuvası belirlenmiş, darbeye dayanıklı taşıma kutusunda teslim edilecektir; kesin içerik listesi teklif ekinde sunulacaktır.</w:t>
      </w:r>
    </w:p>
    <w:p w14:paraId="7094348C" w14:textId="6F389B80" w:rsidR="00FF3B20" w:rsidRDefault="00FF3B20"/>
    <w:p w14:paraId="69B262F3" w14:textId="4E466AC4" w:rsidR="002D7E40" w:rsidRDefault="002D7E40"/>
    <w:p w14:paraId="7E7AC71A" w14:textId="77777777" w:rsidR="002D7E40" w:rsidRDefault="002D7E40"/>
    <w:p w14:paraId="00B0DB65" w14:textId="77777777" w:rsidR="00FF3B20" w:rsidRDefault="00642BD7">
      <w:pPr>
        <w:pStyle w:val="Balk1"/>
      </w:pPr>
      <w:r>
        <w:t>4. Muayene ve Kabul</w:t>
      </w:r>
    </w:p>
    <w:p w14:paraId="1BDD60F9" w14:textId="77777777" w:rsidR="00FF3B20" w:rsidRDefault="00642BD7">
      <w:pPr>
        <w:pStyle w:val="ListeMaddemi"/>
      </w:pPr>
      <w:r>
        <w:t>İdare, teklif aşamasında veya teslimatta katalog, teknik veri sayfası, numune ve üretici teyidi isteyebilir.</w:t>
      </w:r>
    </w:p>
    <w:p w14:paraId="16DDFB8A" w14:textId="77777777" w:rsidR="00FF3B20" w:rsidRDefault="00642BD7">
      <w:pPr>
        <w:pStyle w:val="ListeMaddemi"/>
      </w:pPr>
      <w:r>
        <w:t>Görsel muayene, ölçü kontrolü ve fonksiyon testi uygulanacaktır. Tork anahtarlarında sertifika seri numarası ile alet seri numarası eşleşecektir.</w:t>
      </w:r>
    </w:p>
    <w:p w14:paraId="5D079C42" w14:textId="77777777" w:rsidR="00FF3B20" w:rsidRDefault="00642BD7">
      <w:pPr>
        <w:pStyle w:val="ListeMaddemi"/>
      </w:pPr>
      <w:r>
        <w:t>Setler, onaylı içerik listesine göre %100 sayılacaktır. Eksik, farklı veya kullanılmış ürünler kabul edilmeyecektir.</w:t>
      </w:r>
    </w:p>
    <w:p w14:paraId="08027E3D" w14:textId="77777777" w:rsidR="00FF3B20" w:rsidRDefault="00642BD7">
      <w:pPr>
        <w:pStyle w:val="ListeMaddemi"/>
      </w:pPr>
      <w:r>
        <w:t>Emniyet tellerinin çapı uygun kalibreli mikrometre ile örnekleme yöntemiyle kontrol edilebilir; ambalaj ve lot izlenebilirliği doğrulanacaktır.</w:t>
      </w:r>
    </w:p>
    <w:p w14:paraId="62B19551" w14:textId="77777777" w:rsidR="00FF3B20" w:rsidRDefault="00642BD7">
      <w:pPr>
        <w:pStyle w:val="ListeMaddemi"/>
      </w:pPr>
      <w:r>
        <w:t>Matkap uçları ve diş açma takımlarında malzeme/ölçü işaretleri, kesici geometrisi ve yüzey kusurları kontrol edilecektir.</w:t>
      </w:r>
    </w:p>
    <w:p w14:paraId="51BA363E" w14:textId="77777777" w:rsidR="00FF3B20" w:rsidRDefault="00642BD7">
      <w:pPr>
        <w:pStyle w:val="ListeMaddemi"/>
      </w:pPr>
      <w:r>
        <w:t>Uygunsuz ürünler, idarenin bildiriminden sonra yüklenici tarafından ilave maliyet oluşturmadan yenileriyle değiştirilecektir.</w:t>
      </w:r>
    </w:p>
    <w:p w14:paraId="22FE47FB" w14:textId="19565978" w:rsidR="00EE0706" w:rsidRPr="00EE0706" w:rsidRDefault="00642BD7" w:rsidP="00EE0706">
      <w:pPr>
        <w:pStyle w:val="Balk1"/>
      </w:pPr>
      <w:r>
        <w:lastRenderedPageBreak/>
        <w:t>Ek A - Uygulanacak Başlıca Standartlar</w:t>
      </w:r>
    </w:p>
    <w:p w14:paraId="55C42281" w14:textId="77777777" w:rsidR="00FF3B20" w:rsidRDefault="00642BD7">
      <w:pPr>
        <w:pStyle w:val="ListeMaddemi"/>
      </w:pPr>
      <w:r>
        <w:t>ISO 6789 - El tipi tork aletleri için uygunluk ve kalibrasyon gerekleri</w:t>
      </w:r>
    </w:p>
    <w:p w14:paraId="606C96B6" w14:textId="77777777" w:rsidR="00FF3B20" w:rsidRDefault="00642BD7">
      <w:pPr>
        <w:pStyle w:val="ListeMaddemi"/>
      </w:pPr>
      <w:r>
        <w:t>ISO/IEC 17025 - Kalibrasyon izlenebilirliği</w:t>
      </w:r>
    </w:p>
    <w:p w14:paraId="40DEBAE1" w14:textId="77777777" w:rsidR="00FF3B20" w:rsidRPr="007E12AD" w:rsidRDefault="00642BD7">
      <w:pPr>
        <w:pStyle w:val="ListeMaddemi"/>
        <w:rPr>
          <w:lang w:val="da-DK"/>
        </w:rPr>
      </w:pPr>
      <w:r w:rsidRPr="007E12AD">
        <w:rPr>
          <w:lang w:val="da-DK"/>
        </w:rPr>
        <w:t>ASME B107 serisi - Lokma, anahtar ve sürücü el aletleri</w:t>
      </w:r>
    </w:p>
    <w:p w14:paraId="3BB41FC2" w14:textId="77777777" w:rsidR="00FF3B20" w:rsidRDefault="00642BD7">
      <w:pPr>
        <w:pStyle w:val="ListeMaddemi"/>
      </w:pPr>
      <w:r>
        <w:t>MS20995 / NASM20995 - Havacılık tipi emniyet teli</w:t>
      </w:r>
    </w:p>
    <w:p w14:paraId="08331D09" w14:textId="77777777" w:rsidR="00FF3B20" w:rsidRDefault="00642BD7">
      <w:pPr>
        <w:pStyle w:val="ListeMaddemi"/>
      </w:pPr>
      <w:r>
        <w:t>NAS 907J veya ANSI/ASME B94.11M - Jobber boy matkap uçları</w:t>
      </w:r>
    </w:p>
    <w:p w14:paraId="2BEDA7A8" w14:textId="14DBC618" w:rsidR="00FF3B20" w:rsidRDefault="00642BD7">
      <w:pPr>
        <w:pStyle w:val="ListeMaddemi"/>
      </w:pPr>
      <w:r>
        <w:t>IEC 60900 - İlgili setlerde bulunan yalıtımlı el aletleri</w:t>
      </w:r>
    </w:p>
    <w:p w14:paraId="4E4B39AB" w14:textId="36E90A7D" w:rsidR="00EE7046" w:rsidRDefault="00EE7046" w:rsidP="00EE7046">
      <w:pPr>
        <w:pStyle w:val="ListeMaddemi"/>
        <w:numPr>
          <w:ilvl w:val="0"/>
          <w:numId w:val="0"/>
        </w:numPr>
        <w:ind w:left="360"/>
      </w:pPr>
    </w:p>
    <w:p w14:paraId="25441BE7" w14:textId="77777777" w:rsidR="00EE0706" w:rsidRDefault="00EE0706" w:rsidP="00EE7046">
      <w:pPr>
        <w:pStyle w:val="ListeMaddemi"/>
        <w:numPr>
          <w:ilvl w:val="0"/>
          <w:numId w:val="0"/>
        </w:numPr>
        <w:ind w:left="360"/>
      </w:pPr>
      <w:bookmarkStart w:id="0" w:name="_GoBack"/>
      <w:bookmarkEnd w:id="0"/>
    </w:p>
    <w:p w14:paraId="6849BD0F" w14:textId="170DF9A3" w:rsidR="00EE0706" w:rsidRDefault="00EE0706" w:rsidP="00EE0706">
      <w:pPr>
        <w:pStyle w:val="ListeMaddemi"/>
        <w:numPr>
          <w:ilvl w:val="0"/>
          <w:numId w:val="0"/>
        </w:numPr>
        <w:jc w:val="center"/>
        <w:rPr>
          <w:color w:val="FF0000"/>
          <w:sz w:val="40"/>
          <w:szCs w:val="40"/>
        </w:rPr>
      </w:pPr>
      <w:r w:rsidRPr="00EE0706">
        <w:rPr>
          <w:color w:val="FF0000"/>
          <w:sz w:val="40"/>
          <w:szCs w:val="40"/>
        </w:rPr>
        <w:t>ÖNEMLİ HUSUSLAR</w:t>
      </w:r>
    </w:p>
    <w:p w14:paraId="79FDB9F2" w14:textId="4764EB8A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sz w:val="32"/>
          <w:szCs w:val="32"/>
        </w:rPr>
        <w:t>Nakliye vb. giderler yükleniciye aittir.</w:t>
      </w:r>
    </w:p>
    <w:p w14:paraId="6CE8BC00" w14:textId="77777777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sz w:val="32"/>
          <w:szCs w:val="32"/>
        </w:rPr>
        <w:t>Teklif veren firmalar vermiş olduğu teklif ile birlikte teknik şartnameyi kabul ve taahhüt etmiş sayılır.</w:t>
      </w:r>
    </w:p>
    <w:p w14:paraId="3781350D" w14:textId="77777777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color w:val="000000"/>
          <w:sz w:val="32"/>
          <w:szCs w:val="32"/>
        </w:rPr>
        <w:t>Muayene komisyonu değerlendirdikten sonra mal alınacak ve sonra ödeme sürecine geçilecektir.</w:t>
      </w:r>
    </w:p>
    <w:p w14:paraId="72DD00AC" w14:textId="77777777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sz w:val="32"/>
          <w:szCs w:val="32"/>
        </w:rPr>
        <w:t>Teklifler Türk Lirası üzerinden ve KDV hariç verilecektir.</w:t>
      </w:r>
    </w:p>
    <w:p w14:paraId="236FB53B" w14:textId="77777777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sz w:val="32"/>
          <w:szCs w:val="32"/>
        </w:rPr>
        <w:t>Verilen teklifler aynı olduğu takdirde hangisinin alınacağına idare karar verecektir.</w:t>
      </w:r>
    </w:p>
    <w:p w14:paraId="0F885DE5" w14:textId="77777777" w:rsidR="00EE0706" w:rsidRPr="00EE0706" w:rsidRDefault="00EE0706" w:rsidP="00EE0706">
      <w:pPr>
        <w:pStyle w:val="ListeParagraf"/>
        <w:widowControl w:val="0"/>
        <w:numPr>
          <w:ilvl w:val="0"/>
          <w:numId w:val="41"/>
        </w:numPr>
        <w:spacing w:after="0" w:line="240" w:lineRule="auto"/>
        <w:contextualSpacing w:val="0"/>
        <w:jc w:val="both"/>
        <w:rPr>
          <w:sz w:val="32"/>
          <w:szCs w:val="32"/>
        </w:rPr>
      </w:pPr>
      <w:r w:rsidRPr="00EE0706">
        <w:rPr>
          <w:sz w:val="32"/>
          <w:szCs w:val="32"/>
        </w:rPr>
        <w:t>Teklif edilen ürün yeni ve kullanılmamış olacaktır.</w:t>
      </w:r>
    </w:p>
    <w:p w14:paraId="7D86DC46" w14:textId="77777777" w:rsidR="00EE0706" w:rsidRPr="00EE0706" w:rsidRDefault="00EE0706" w:rsidP="00EE0706">
      <w:pPr>
        <w:numPr>
          <w:ilvl w:val="0"/>
          <w:numId w:val="41"/>
        </w:numPr>
        <w:spacing w:before="100" w:beforeAutospacing="1" w:afterAutospacing="1" w:line="240" w:lineRule="auto"/>
        <w:rPr>
          <w:sz w:val="32"/>
          <w:szCs w:val="32"/>
        </w:rPr>
      </w:pPr>
      <w:r w:rsidRPr="00EE0706">
        <w:rPr>
          <w:sz w:val="32"/>
          <w:szCs w:val="32"/>
        </w:rPr>
        <w:t xml:space="preserve">Alınacak ürünler en az </w:t>
      </w:r>
      <w:r w:rsidRPr="00EE0706">
        <w:rPr>
          <w:bCs/>
          <w:sz w:val="32"/>
          <w:szCs w:val="32"/>
        </w:rPr>
        <w:t>2 yıl garantili</w:t>
      </w:r>
      <w:r w:rsidRPr="00EE0706">
        <w:rPr>
          <w:sz w:val="32"/>
          <w:szCs w:val="32"/>
        </w:rPr>
        <w:t xml:space="preserve"> olacaktır.</w:t>
      </w:r>
    </w:p>
    <w:p w14:paraId="39BD7193" w14:textId="0475E736" w:rsidR="00EE0706" w:rsidRPr="00EE0706" w:rsidRDefault="00EE0706" w:rsidP="00EE0706">
      <w:pPr>
        <w:numPr>
          <w:ilvl w:val="0"/>
          <w:numId w:val="41"/>
        </w:numPr>
        <w:spacing w:before="100" w:beforeAutospacing="1" w:afterAutospacing="1" w:line="240" w:lineRule="auto"/>
        <w:rPr>
          <w:sz w:val="32"/>
          <w:szCs w:val="32"/>
        </w:rPr>
      </w:pPr>
      <w:r w:rsidRPr="00EE0706">
        <w:rPr>
          <w:sz w:val="32"/>
          <w:szCs w:val="32"/>
        </w:rPr>
        <w:t xml:space="preserve">Garanti süresi içerisinde üretim, montaj veya malzeme kaynaklı arızalar yüklenici tarafından ücretsiz </w:t>
      </w:r>
      <w:r w:rsidRPr="00EE0706">
        <w:rPr>
          <w:sz w:val="32"/>
          <w:szCs w:val="32"/>
        </w:rPr>
        <w:t xml:space="preserve">2 gün içerisinde </w:t>
      </w:r>
      <w:r w:rsidRPr="00EE0706">
        <w:rPr>
          <w:sz w:val="32"/>
          <w:szCs w:val="32"/>
        </w:rPr>
        <w:t>giderilecektir.</w:t>
      </w:r>
    </w:p>
    <w:p w14:paraId="33BAEFE4" w14:textId="77777777" w:rsidR="00EE0706" w:rsidRPr="00EE0706" w:rsidRDefault="00EE0706" w:rsidP="00EE0706">
      <w:pPr>
        <w:numPr>
          <w:ilvl w:val="0"/>
          <w:numId w:val="41"/>
        </w:numPr>
        <w:spacing w:before="100" w:beforeAutospacing="1" w:afterAutospacing="1" w:line="240" w:lineRule="auto"/>
        <w:rPr>
          <w:sz w:val="32"/>
          <w:szCs w:val="32"/>
        </w:rPr>
      </w:pPr>
      <w:r w:rsidRPr="00EE0706">
        <w:rPr>
          <w:sz w:val="32"/>
          <w:szCs w:val="32"/>
        </w:rPr>
        <w:t>Garanti kapsamında değiştirilen parçalar için ayrıca ücret talep edilmeyecektir.</w:t>
      </w:r>
    </w:p>
    <w:p w14:paraId="65CC7B25" w14:textId="68EA71FF" w:rsidR="00EE0706" w:rsidRPr="00EE0706" w:rsidRDefault="00EE0706" w:rsidP="00EE0706">
      <w:pPr>
        <w:jc w:val="both"/>
        <w:rPr>
          <w:sz w:val="32"/>
          <w:szCs w:val="32"/>
        </w:rPr>
      </w:pPr>
    </w:p>
    <w:p w14:paraId="052441D2" w14:textId="77777777" w:rsidR="00EE0706" w:rsidRPr="00382C43" w:rsidRDefault="00EE0706" w:rsidP="00EE0706">
      <w:pPr>
        <w:jc w:val="both"/>
      </w:pPr>
    </w:p>
    <w:p w14:paraId="0E2EA248" w14:textId="77777777" w:rsidR="00EE0706" w:rsidRPr="00EE0706" w:rsidRDefault="00EE0706" w:rsidP="00EE0706">
      <w:pPr>
        <w:pStyle w:val="ListeMaddemi"/>
        <w:numPr>
          <w:ilvl w:val="0"/>
          <w:numId w:val="0"/>
        </w:numPr>
        <w:jc w:val="center"/>
        <w:rPr>
          <w:color w:val="FF0000"/>
          <w:sz w:val="40"/>
          <w:szCs w:val="40"/>
        </w:rPr>
      </w:pPr>
    </w:p>
    <w:sectPr w:rsidR="00EE0706" w:rsidRPr="00EE0706" w:rsidSect="00034616">
      <w:headerReference w:type="default" r:id="rId8"/>
      <w:footerReference w:type="default" r:id="rId9"/>
      <w:pgSz w:w="12240" w:h="15840"/>
      <w:pgMar w:top="1080" w:right="1224" w:bottom="1080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BA6BD" w14:textId="77777777" w:rsidR="003F7B38" w:rsidRDefault="003F7B38">
      <w:pPr>
        <w:spacing w:after="0" w:line="240" w:lineRule="auto"/>
      </w:pPr>
      <w:r>
        <w:separator/>
      </w:r>
    </w:p>
  </w:endnote>
  <w:endnote w:type="continuationSeparator" w:id="0">
    <w:p w14:paraId="7CD29AB4" w14:textId="77777777" w:rsidR="003F7B38" w:rsidRDefault="003F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FB357" w14:textId="2DBE3641" w:rsidR="002D7E40" w:rsidRDefault="002D7E4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EE0706">
      <w:rPr>
        <w:noProof/>
      </w:rPr>
      <w:t>54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2D6B0" w14:textId="77777777" w:rsidR="003F7B38" w:rsidRDefault="003F7B38">
      <w:pPr>
        <w:spacing w:after="0" w:line="240" w:lineRule="auto"/>
      </w:pPr>
      <w:r>
        <w:separator/>
      </w:r>
    </w:p>
  </w:footnote>
  <w:footnote w:type="continuationSeparator" w:id="0">
    <w:p w14:paraId="54CD9619" w14:textId="77777777" w:rsidR="003F7B38" w:rsidRDefault="003F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21BB7" w14:textId="77777777" w:rsidR="002D7E40" w:rsidRDefault="002D7E40">
    <w:pPr>
      <w:pStyle w:val="ResimYazs"/>
      <w:jc w:val="center"/>
    </w:pPr>
    <w:r>
      <w:rPr>
        <w:color w:val="646E78"/>
        <w:sz w:val="16"/>
      </w:rPr>
      <w:t>TEKNİK ŞARTNAME | HAVACILIK BAKIM EL ALETLERİ VE EKİPMANLARI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775C6"/>
    <w:multiLevelType w:val="multilevel"/>
    <w:tmpl w:val="FC2492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050B2649"/>
    <w:multiLevelType w:val="multilevel"/>
    <w:tmpl w:val="01B853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6885147"/>
    <w:multiLevelType w:val="multilevel"/>
    <w:tmpl w:val="A80436A2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7B8411F"/>
    <w:multiLevelType w:val="multilevel"/>
    <w:tmpl w:val="EE746E3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0A3128F9"/>
    <w:multiLevelType w:val="multilevel"/>
    <w:tmpl w:val="369A328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0CCD3BD1"/>
    <w:multiLevelType w:val="multilevel"/>
    <w:tmpl w:val="FCA6F7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33350CC"/>
    <w:multiLevelType w:val="multilevel"/>
    <w:tmpl w:val="BA6E8FE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16736228"/>
    <w:multiLevelType w:val="multilevel"/>
    <w:tmpl w:val="A980183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184E2BF9"/>
    <w:multiLevelType w:val="hybridMultilevel"/>
    <w:tmpl w:val="C4F6A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3BB8"/>
    <w:multiLevelType w:val="multilevel"/>
    <w:tmpl w:val="B44EB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E9A2BBE"/>
    <w:multiLevelType w:val="multilevel"/>
    <w:tmpl w:val="92DA1C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22EE3386"/>
    <w:multiLevelType w:val="multilevel"/>
    <w:tmpl w:val="9F782B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270A5B6E"/>
    <w:multiLevelType w:val="multilevel"/>
    <w:tmpl w:val="B7C0E5F8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17A5B2C"/>
    <w:multiLevelType w:val="multilevel"/>
    <w:tmpl w:val="CF100D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18C74A7"/>
    <w:multiLevelType w:val="multilevel"/>
    <w:tmpl w:val="FC7E281E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5FE1B2C"/>
    <w:multiLevelType w:val="multilevel"/>
    <w:tmpl w:val="5DE23204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E7B3D30"/>
    <w:multiLevelType w:val="multilevel"/>
    <w:tmpl w:val="34063CBE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3735B1C"/>
    <w:multiLevelType w:val="multilevel"/>
    <w:tmpl w:val="1636601C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4547B77"/>
    <w:multiLevelType w:val="multilevel"/>
    <w:tmpl w:val="9516DB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5627988"/>
    <w:multiLevelType w:val="multilevel"/>
    <w:tmpl w:val="72103F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78B6DD0"/>
    <w:multiLevelType w:val="multilevel"/>
    <w:tmpl w:val="422A94A8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8B5124E"/>
    <w:multiLevelType w:val="hybridMultilevel"/>
    <w:tmpl w:val="DB1A07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F41466"/>
    <w:multiLevelType w:val="multilevel"/>
    <w:tmpl w:val="77EC3012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4D4E5F17"/>
    <w:multiLevelType w:val="multilevel"/>
    <w:tmpl w:val="A40E56C2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52120D7"/>
    <w:multiLevelType w:val="hybridMultilevel"/>
    <w:tmpl w:val="4462CD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7555CF"/>
    <w:multiLevelType w:val="multilevel"/>
    <w:tmpl w:val="3D9C19F2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E040218"/>
    <w:multiLevelType w:val="multilevel"/>
    <w:tmpl w:val="1D6E47F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EC61021"/>
    <w:multiLevelType w:val="multilevel"/>
    <w:tmpl w:val="0CD82024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1124256"/>
    <w:multiLevelType w:val="multilevel"/>
    <w:tmpl w:val="5DF873D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CC5025C"/>
    <w:multiLevelType w:val="multilevel"/>
    <w:tmpl w:val="4838D8E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0037DE4"/>
    <w:multiLevelType w:val="hybridMultilevel"/>
    <w:tmpl w:val="B15C85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025267"/>
    <w:multiLevelType w:val="multilevel"/>
    <w:tmpl w:val="DB8630AC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20"/>
  </w:num>
  <w:num w:numId="7">
    <w:abstractNumId w:val="19"/>
  </w:num>
  <w:num w:numId="8">
    <w:abstractNumId w:val="27"/>
  </w:num>
  <w:num w:numId="9">
    <w:abstractNumId w:val="14"/>
  </w:num>
  <w:num w:numId="10">
    <w:abstractNumId w:val="35"/>
  </w:num>
  <w:num w:numId="11">
    <w:abstractNumId w:val="10"/>
  </w:num>
  <w:num w:numId="12">
    <w:abstractNumId w:val="28"/>
  </w:num>
  <w:num w:numId="13">
    <w:abstractNumId w:val="9"/>
  </w:num>
  <w:num w:numId="14">
    <w:abstractNumId w:val="15"/>
  </w:num>
  <w:num w:numId="15">
    <w:abstractNumId w:val="38"/>
  </w:num>
  <w:num w:numId="16">
    <w:abstractNumId w:val="16"/>
  </w:num>
  <w:num w:numId="17">
    <w:abstractNumId w:val="12"/>
  </w:num>
  <w:num w:numId="18">
    <w:abstractNumId w:val="11"/>
  </w:num>
  <w:num w:numId="19">
    <w:abstractNumId w:val="21"/>
  </w:num>
  <w:num w:numId="20">
    <w:abstractNumId w:val="36"/>
  </w:num>
  <w:num w:numId="21">
    <w:abstractNumId w:val="31"/>
  </w:num>
  <w:num w:numId="22">
    <w:abstractNumId w:val="13"/>
  </w:num>
  <w:num w:numId="23">
    <w:abstractNumId w:val="23"/>
  </w:num>
  <w:num w:numId="24">
    <w:abstractNumId w:val="26"/>
  </w:num>
  <w:num w:numId="25">
    <w:abstractNumId w:val="24"/>
  </w:num>
  <w:num w:numId="26">
    <w:abstractNumId w:val="29"/>
  </w:num>
  <w:num w:numId="27">
    <w:abstractNumId w:val="40"/>
  </w:num>
  <w:num w:numId="28">
    <w:abstractNumId w:val="25"/>
  </w:num>
  <w:num w:numId="29">
    <w:abstractNumId w:val="34"/>
  </w:num>
  <w:num w:numId="30">
    <w:abstractNumId w:val="32"/>
  </w:num>
  <w:num w:numId="31">
    <w:abstractNumId w:val="18"/>
  </w:num>
  <w:num w:numId="32">
    <w:abstractNumId w:val="17"/>
  </w:num>
  <w:num w:numId="33">
    <w:abstractNumId w:val="33"/>
  </w:num>
  <w:num w:numId="34">
    <w:abstractNumId w:val="39"/>
  </w:num>
  <w:num w:numId="35">
    <w:abstractNumId w:val="37"/>
  </w:num>
  <w:num w:numId="36">
    <w:abstractNumId w:val="22"/>
  </w:num>
  <w:num w:numId="37">
    <w:abstractNumId w:val="4"/>
  </w:num>
  <w:num w:numId="38">
    <w:abstractNumId w:val="7"/>
  </w:num>
  <w:num w:numId="39">
    <w:abstractNumId w:val="1"/>
  </w:num>
  <w:num w:numId="40">
    <w:abstractNumId w:val="0"/>
  </w:num>
  <w:num w:numId="41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activeWritingStyle w:appName="MSWord" w:lang="en-US" w:vendorID="64" w:dllVersion="131078" w:nlCheck="1" w:checkStyle="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56EB"/>
    <w:rsid w:val="0029639D"/>
    <w:rsid w:val="002D5915"/>
    <w:rsid w:val="002D7E40"/>
    <w:rsid w:val="002F02EA"/>
    <w:rsid w:val="00326F90"/>
    <w:rsid w:val="003351A0"/>
    <w:rsid w:val="00367A21"/>
    <w:rsid w:val="003B674E"/>
    <w:rsid w:val="003F7B38"/>
    <w:rsid w:val="004450EA"/>
    <w:rsid w:val="00642BD7"/>
    <w:rsid w:val="00650740"/>
    <w:rsid w:val="00676260"/>
    <w:rsid w:val="00692B4A"/>
    <w:rsid w:val="00753961"/>
    <w:rsid w:val="007E12AD"/>
    <w:rsid w:val="008B07E2"/>
    <w:rsid w:val="008E454A"/>
    <w:rsid w:val="0097455A"/>
    <w:rsid w:val="00982D56"/>
    <w:rsid w:val="009A2306"/>
    <w:rsid w:val="009A66C2"/>
    <w:rsid w:val="00A84A06"/>
    <w:rsid w:val="00AA0B1E"/>
    <w:rsid w:val="00AA1D8D"/>
    <w:rsid w:val="00B030BF"/>
    <w:rsid w:val="00B47730"/>
    <w:rsid w:val="00B80351"/>
    <w:rsid w:val="00CB0664"/>
    <w:rsid w:val="00D55A48"/>
    <w:rsid w:val="00D701BC"/>
    <w:rsid w:val="00E54169"/>
    <w:rsid w:val="00EB5FB4"/>
    <w:rsid w:val="00EE0706"/>
    <w:rsid w:val="00EE5AFD"/>
    <w:rsid w:val="00EE7046"/>
    <w:rsid w:val="00F8669C"/>
    <w:rsid w:val="00FC693F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2AE56"/>
  <w14:defaultImageDpi w14:val="300"/>
  <w15:docId w15:val="{32C92B92-E5BD-489B-A30F-B0BA8400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74B5"/>
      <w:sz w:val="25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0B2545"/>
      <w:spacing w:val="5"/>
      <w:kern w:val="28"/>
      <w:sz w:val="50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aliases w:val="lp1"/>
    <w:basedOn w:val="Normal"/>
    <w:link w:val="ListeParagrafChar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steParagrafChar">
    <w:name w:val="Liste Paragraf Char"/>
    <w:aliases w:val="lp1 Char"/>
    <w:basedOn w:val="VarsaylanParagrafYazTipi"/>
    <w:link w:val="ListeParagraf"/>
    <w:uiPriority w:val="34"/>
    <w:locked/>
    <w:rsid w:val="00EE0706"/>
    <w:rPr>
      <w:rFonts w:ascii="Calibri" w:hAnsi="Calibr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F84CC2-537F-4A60-8388-E51A8C5E7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58</Pages>
  <Words>23117</Words>
  <Characters>131772</Characters>
  <Application>Microsoft Office Word</Application>
  <DocSecurity>0</DocSecurity>
  <Lines>1098</Lines>
  <Paragraphs>309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ISTE-PC</cp:lastModifiedBy>
  <cp:revision>14</cp:revision>
  <dcterms:created xsi:type="dcterms:W3CDTF">2026-09-05T09:03:00Z</dcterms:created>
  <dcterms:modified xsi:type="dcterms:W3CDTF">2026-09-16T08:53:00Z</dcterms:modified>
  <cp:category/>
</cp:coreProperties>
</file>