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3796" w:rsidRDefault="0042587F">
      <w:pPr>
        <w:jc w:val="center"/>
      </w:pPr>
      <w:r>
        <w:rPr>
          <w:rFonts w:ascii="Arial" w:hAnsi="Arial"/>
          <w:b/>
          <w:sz w:val="28"/>
        </w:rPr>
        <w:t>İskenderun Teknik Üniversitesi (İSTE)</w:t>
      </w:r>
      <w:r>
        <w:rPr>
          <w:rFonts w:ascii="Arial" w:hAnsi="Arial"/>
          <w:b/>
          <w:sz w:val="28"/>
        </w:rPr>
        <w:br/>
        <w:t>Not Dönüşüm Tablosu</w:t>
      </w:r>
    </w:p>
    <w:p w:rsidR="00463796" w:rsidRDefault="00463796"/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160"/>
        <w:gridCol w:w="2160"/>
        <w:gridCol w:w="2160"/>
        <w:gridCol w:w="2160"/>
      </w:tblGrid>
      <w:tr w:rsidR="00463796">
        <w:tc>
          <w:tcPr>
            <w:tcW w:w="2160" w:type="dxa"/>
          </w:tcPr>
          <w:p w:rsidR="00463796" w:rsidRDefault="0042587F">
            <w:r>
              <w:rPr>
                <w:rFonts w:ascii="Arial" w:hAnsi="Arial"/>
                <w:b/>
              </w:rPr>
              <w:t>Puan</w:t>
            </w:r>
          </w:p>
        </w:tc>
        <w:tc>
          <w:tcPr>
            <w:tcW w:w="2160" w:type="dxa"/>
          </w:tcPr>
          <w:p w:rsidR="00463796" w:rsidRDefault="0042587F">
            <w:r>
              <w:rPr>
                <w:rFonts w:ascii="Arial" w:hAnsi="Arial"/>
                <w:b/>
              </w:rPr>
              <w:t>Harf Notu</w:t>
            </w:r>
          </w:p>
        </w:tc>
        <w:tc>
          <w:tcPr>
            <w:tcW w:w="2160" w:type="dxa"/>
          </w:tcPr>
          <w:p w:rsidR="00463796" w:rsidRDefault="0042587F">
            <w:r>
              <w:rPr>
                <w:rFonts w:ascii="Arial" w:hAnsi="Arial"/>
                <w:b/>
              </w:rPr>
              <w:t>Katsayı</w:t>
            </w:r>
          </w:p>
        </w:tc>
        <w:tc>
          <w:tcPr>
            <w:tcW w:w="2160" w:type="dxa"/>
          </w:tcPr>
          <w:p w:rsidR="00463796" w:rsidRDefault="0042587F">
            <w:r>
              <w:rPr>
                <w:rFonts w:ascii="Arial" w:hAnsi="Arial"/>
                <w:b/>
              </w:rPr>
              <w:t>Açıklama</w:t>
            </w:r>
          </w:p>
        </w:tc>
      </w:tr>
      <w:tr w:rsidR="00463796">
        <w:tc>
          <w:tcPr>
            <w:tcW w:w="2160" w:type="dxa"/>
          </w:tcPr>
          <w:p w:rsidR="00463796" w:rsidRDefault="0042587F">
            <w:r>
              <w:rPr>
                <w:rFonts w:ascii="Arial" w:hAnsi="Arial"/>
              </w:rPr>
              <w:t>90-100</w:t>
            </w:r>
          </w:p>
        </w:tc>
        <w:tc>
          <w:tcPr>
            <w:tcW w:w="2160" w:type="dxa"/>
          </w:tcPr>
          <w:p w:rsidR="00463796" w:rsidRDefault="0042587F">
            <w:r>
              <w:rPr>
                <w:rFonts w:ascii="Arial" w:hAnsi="Arial"/>
              </w:rPr>
              <w:t>AA</w:t>
            </w:r>
          </w:p>
        </w:tc>
        <w:tc>
          <w:tcPr>
            <w:tcW w:w="2160" w:type="dxa"/>
          </w:tcPr>
          <w:p w:rsidR="00463796" w:rsidRDefault="0042587F">
            <w:r>
              <w:rPr>
                <w:rFonts w:ascii="Arial" w:hAnsi="Arial"/>
              </w:rPr>
              <w:t>4,00</w:t>
            </w:r>
          </w:p>
        </w:tc>
        <w:tc>
          <w:tcPr>
            <w:tcW w:w="2160" w:type="dxa"/>
          </w:tcPr>
          <w:p w:rsidR="00463796" w:rsidRDefault="0042587F">
            <w:r>
              <w:rPr>
                <w:rFonts w:ascii="Arial" w:hAnsi="Arial"/>
              </w:rPr>
              <w:t>Başarılı</w:t>
            </w:r>
          </w:p>
        </w:tc>
      </w:tr>
      <w:tr w:rsidR="00463796">
        <w:tc>
          <w:tcPr>
            <w:tcW w:w="2160" w:type="dxa"/>
          </w:tcPr>
          <w:p w:rsidR="00463796" w:rsidRDefault="0042587F">
            <w:r>
              <w:rPr>
                <w:rFonts w:ascii="Arial" w:hAnsi="Arial"/>
              </w:rPr>
              <w:t>80-89</w:t>
            </w:r>
          </w:p>
        </w:tc>
        <w:tc>
          <w:tcPr>
            <w:tcW w:w="2160" w:type="dxa"/>
          </w:tcPr>
          <w:p w:rsidR="00463796" w:rsidRDefault="0042587F">
            <w:r>
              <w:rPr>
                <w:rFonts w:ascii="Arial" w:hAnsi="Arial"/>
              </w:rPr>
              <w:t>BA</w:t>
            </w:r>
          </w:p>
        </w:tc>
        <w:tc>
          <w:tcPr>
            <w:tcW w:w="2160" w:type="dxa"/>
          </w:tcPr>
          <w:p w:rsidR="00463796" w:rsidRDefault="0042587F">
            <w:r>
              <w:rPr>
                <w:rFonts w:ascii="Arial" w:hAnsi="Arial"/>
              </w:rPr>
              <w:t>3,50</w:t>
            </w:r>
          </w:p>
        </w:tc>
        <w:tc>
          <w:tcPr>
            <w:tcW w:w="2160" w:type="dxa"/>
          </w:tcPr>
          <w:p w:rsidR="00463796" w:rsidRDefault="0042587F">
            <w:r>
              <w:rPr>
                <w:rFonts w:ascii="Arial" w:hAnsi="Arial"/>
              </w:rPr>
              <w:t>Başarılı</w:t>
            </w:r>
          </w:p>
        </w:tc>
      </w:tr>
      <w:tr w:rsidR="00463796">
        <w:tc>
          <w:tcPr>
            <w:tcW w:w="2160" w:type="dxa"/>
          </w:tcPr>
          <w:p w:rsidR="00463796" w:rsidRDefault="0042587F">
            <w:r>
              <w:rPr>
                <w:rFonts w:ascii="Arial" w:hAnsi="Arial"/>
              </w:rPr>
              <w:t>70-79</w:t>
            </w:r>
          </w:p>
        </w:tc>
        <w:tc>
          <w:tcPr>
            <w:tcW w:w="2160" w:type="dxa"/>
          </w:tcPr>
          <w:p w:rsidR="00463796" w:rsidRDefault="0042587F">
            <w:r>
              <w:rPr>
                <w:rFonts w:ascii="Arial" w:hAnsi="Arial"/>
              </w:rPr>
              <w:t>BB</w:t>
            </w:r>
          </w:p>
        </w:tc>
        <w:tc>
          <w:tcPr>
            <w:tcW w:w="2160" w:type="dxa"/>
          </w:tcPr>
          <w:p w:rsidR="00463796" w:rsidRDefault="0042587F">
            <w:r>
              <w:rPr>
                <w:rFonts w:ascii="Arial" w:hAnsi="Arial"/>
              </w:rPr>
              <w:t>3,00</w:t>
            </w:r>
          </w:p>
        </w:tc>
        <w:tc>
          <w:tcPr>
            <w:tcW w:w="2160" w:type="dxa"/>
          </w:tcPr>
          <w:p w:rsidR="00463796" w:rsidRDefault="0042587F">
            <w:r>
              <w:rPr>
                <w:rFonts w:ascii="Arial" w:hAnsi="Arial"/>
              </w:rPr>
              <w:t>Başarılı</w:t>
            </w:r>
          </w:p>
        </w:tc>
      </w:tr>
      <w:tr w:rsidR="00463796">
        <w:tc>
          <w:tcPr>
            <w:tcW w:w="2160" w:type="dxa"/>
          </w:tcPr>
          <w:p w:rsidR="00463796" w:rsidRDefault="0042587F">
            <w:r>
              <w:rPr>
                <w:rFonts w:ascii="Arial" w:hAnsi="Arial"/>
              </w:rPr>
              <w:t>65-69</w:t>
            </w:r>
          </w:p>
        </w:tc>
        <w:tc>
          <w:tcPr>
            <w:tcW w:w="2160" w:type="dxa"/>
          </w:tcPr>
          <w:p w:rsidR="00463796" w:rsidRDefault="0042587F">
            <w:r>
              <w:rPr>
                <w:rFonts w:ascii="Arial" w:hAnsi="Arial"/>
              </w:rPr>
              <w:t>CB</w:t>
            </w:r>
          </w:p>
        </w:tc>
        <w:tc>
          <w:tcPr>
            <w:tcW w:w="2160" w:type="dxa"/>
          </w:tcPr>
          <w:p w:rsidR="00463796" w:rsidRDefault="0042587F">
            <w:r>
              <w:rPr>
                <w:rFonts w:ascii="Arial" w:hAnsi="Arial"/>
              </w:rPr>
              <w:t>2,50</w:t>
            </w:r>
          </w:p>
        </w:tc>
        <w:tc>
          <w:tcPr>
            <w:tcW w:w="2160" w:type="dxa"/>
          </w:tcPr>
          <w:p w:rsidR="00463796" w:rsidRDefault="0042587F">
            <w:r>
              <w:rPr>
                <w:rFonts w:ascii="Arial" w:hAnsi="Arial"/>
              </w:rPr>
              <w:t>Başarılı</w:t>
            </w:r>
          </w:p>
        </w:tc>
      </w:tr>
      <w:tr w:rsidR="00463796">
        <w:tc>
          <w:tcPr>
            <w:tcW w:w="2160" w:type="dxa"/>
          </w:tcPr>
          <w:p w:rsidR="00463796" w:rsidRDefault="0042587F">
            <w:r>
              <w:rPr>
                <w:rFonts w:ascii="Arial" w:hAnsi="Arial"/>
              </w:rPr>
              <w:t>60-64</w:t>
            </w:r>
          </w:p>
        </w:tc>
        <w:tc>
          <w:tcPr>
            <w:tcW w:w="2160" w:type="dxa"/>
          </w:tcPr>
          <w:p w:rsidR="00463796" w:rsidRDefault="0042587F">
            <w:r>
              <w:rPr>
                <w:rFonts w:ascii="Arial" w:hAnsi="Arial"/>
              </w:rPr>
              <w:t>CC</w:t>
            </w:r>
          </w:p>
        </w:tc>
        <w:tc>
          <w:tcPr>
            <w:tcW w:w="2160" w:type="dxa"/>
          </w:tcPr>
          <w:p w:rsidR="00463796" w:rsidRDefault="0042587F">
            <w:r>
              <w:rPr>
                <w:rFonts w:ascii="Arial" w:hAnsi="Arial"/>
              </w:rPr>
              <w:t>2,25</w:t>
            </w:r>
          </w:p>
        </w:tc>
        <w:tc>
          <w:tcPr>
            <w:tcW w:w="2160" w:type="dxa"/>
          </w:tcPr>
          <w:p w:rsidR="00463796" w:rsidRDefault="0042587F">
            <w:r>
              <w:rPr>
                <w:rFonts w:ascii="Arial" w:hAnsi="Arial"/>
              </w:rPr>
              <w:t>Başarılı</w:t>
            </w:r>
          </w:p>
        </w:tc>
      </w:tr>
      <w:tr w:rsidR="00463796">
        <w:tc>
          <w:tcPr>
            <w:tcW w:w="2160" w:type="dxa"/>
          </w:tcPr>
          <w:p w:rsidR="00463796" w:rsidRDefault="0042587F">
            <w:r>
              <w:rPr>
                <w:rFonts w:ascii="Arial" w:hAnsi="Arial"/>
              </w:rPr>
              <w:t>55-59</w:t>
            </w:r>
          </w:p>
        </w:tc>
        <w:tc>
          <w:tcPr>
            <w:tcW w:w="2160" w:type="dxa"/>
          </w:tcPr>
          <w:p w:rsidR="00463796" w:rsidRDefault="0042587F">
            <w:r>
              <w:rPr>
                <w:rFonts w:ascii="Arial" w:hAnsi="Arial"/>
              </w:rPr>
              <w:t>DC</w:t>
            </w:r>
          </w:p>
        </w:tc>
        <w:tc>
          <w:tcPr>
            <w:tcW w:w="2160" w:type="dxa"/>
          </w:tcPr>
          <w:p w:rsidR="00463796" w:rsidRDefault="0042587F">
            <w:r>
              <w:rPr>
                <w:rFonts w:ascii="Arial" w:hAnsi="Arial"/>
              </w:rPr>
              <w:t>1,75</w:t>
            </w:r>
          </w:p>
        </w:tc>
        <w:tc>
          <w:tcPr>
            <w:tcW w:w="2160" w:type="dxa"/>
          </w:tcPr>
          <w:p w:rsidR="00463796" w:rsidRDefault="0042587F">
            <w:r>
              <w:rPr>
                <w:rFonts w:ascii="Arial" w:hAnsi="Arial"/>
              </w:rPr>
              <w:t>Başarısız* (Koşullu)</w:t>
            </w:r>
          </w:p>
        </w:tc>
      </w:tr>
      <w:tr w:rsidR="00463796">
        <w:tc>
          <w:tcPr>
            <w:tcW w:w="2160" w:type="dxa"/>
          </w:tcPr>
          <w:p w:rsidR="00463796" w:rsidRDefault="0042587F">
            <w:r>
              <w:rPr>
                <w:rFonts w:ascii="Arial" w:hAnsi="Arial"/>
              </w:rPr>
              <w:t>50-54</w:t>
            </w:r>
          </w:p>
        </w:tc>
        <w:tc>
          <w:tcPr>
            <w:tcW w:w="2160" w:type="dxa"/>
          </w:tcPr>
          <w:p w:rsidR="00463796" w:rsidRDefault="0042587F">
            <w:r>
              <w:rPr>
                <w:rFonts w:ascii="Arial" w:hAnsi="Arial"/>
              </w:rPr>
              <w:t>DD</w:t>
            </w:r>
          </w:p>
        </w:tc>
        <w:tc>
          <w:tcPr>
            <w:tcW w:w="2160" w:type="dxa"/>
          </w:tcPr>
          <w:p w:rsidR="00463796" w:rsidRDefault="0042587F">
            <w:r>
              <w:rPr>
                <w:rFonts w:ascii="Arial" w:hAnsi="Arial"/>
              </w:rPr>
              <w:t>1,25</w:t>
            </w:r>
          </w:p>
        </w:tc>
        <w:tc>
          <w:tcPr>
            <w:tcW w:w="2160" w:type="dxa"/>
          </w:tcPr>
          <w:p w:rsidR="00463796" w:rsidRDefault="0042587F">
            <w:r>
              <w:rPr>
                <w:rFonts w:ascii="Arial" w:hAnsi="Arial"/>
              </w:rPr>
              <w:t>Başarısız* (Koşullu)</w:t>
            </w:r>
          </w:p>
        </w:tc>
      </w:tr>
      <w:tr w:rsidR="00463796">
        <w:tc>
          <w:tcPr>
            <w:tcW w:w="2160" w:type="dxa"/>
          </w:tcPr>
          <w:p w:rsidR="00463796" w:rsidRDefault="0042587F">
            <w:r>
              <w:rPr>
                <w:rFonts w:ascii="Arial" w:hAnsi="Arial"/>
              </w:rPr>
              <w:t>40-49</w:t>
            </w:r>
          </w:p>
        </w:tc>
        <w:tc>
          <w:tcPr>
            <w:tcW w:w="2160" w:type="dxa"/>
          </w:tcPr>
          <w:p w:rsidR="00463796" w:rsidRDefault="0042587F">
            <w:r>
              <w:rPr>
                <w:rFonts w:ascii="Arial" w:hAnsi="Arial"/>
              </w:rPr>
              <w:t>FD</w:t>
            </w:r>
          </w:p>
        </w:tc>
        <w:tc>
          <w:tcPr>
            <w:tcW w:w="2160" w:type="dxa"/>
          </w:tcPr>
          <w:p w:rsidR="00463796" w:rsidRDefault="0042587F">
            <w:r>
              <w:rPr>
                <w:rFonts w:ascii="Arial" w:hAnsi="Arial"/>
              </w:rPr>
              <w:t>0,75</w:t>
            </w:r>
          </w:p>
        </w:tc>
        <w:tc>
          <w:tcPr>
            <w:tcW w:w="2160" w:type="dxa"/>
          </w:tcPr>
          <w:p w:rsidR="00463796" w:rsidRDefault="0042587F">
            <w:r>
              <w:rPr>
                <w:rFonts w:ascii="Arial" w:hAnsi="Arial"/>
              </w:rPr>
              <w:t>Başarısız</w:t>
            </w:r>
          </w:p>
        </w:tc>
      </w:tr>
      <w:tr w:rsidR="00463796">
        <w:tc>
          <w:tcPr>
            <w:tcW w:w="2160" w:type="dxa"/>
          </w:tcPr>
          <w:p w:rsidR="00463796" w:rsidRDefault="0042587F" w:rsidP="0042587F">
            <w:r>
              <w:rPr>
                <w:rFonts w:ascii="Arial" w:hAnsi="Arial"/>
              </w:rPr>
              <w:t>0-</w:t>
            </w:r>
            <w:bookmarkStart w:id="0" w:name="_GoBack"/>
            <w:bookmarkEnd w:id="0"/>
            <w:r>
              <w:rPr>
                <w:rFonts w:ascii="Arial" w:hAnsi="Arial"/>
              </w:rPr>
              <w:t>39</w:t>
            </w:r>
          </w:p>
        </w:tc>
        <w:tc>
          <w:tcPr>
            <w:tcW w:w="2160" w:type="dxa"/>
          </w:tcPr>
          <w:p w:rsidR="00463796" w:rsidRDefault="0042587F">
            <w:r>
              <w:rPr>
                <w:rFonts w:ascii="Arial" w:hAnsi="Arial"/>
              </w:rPr>
              <w:t>F</w:t>
            </w:r>
            <w:r>
              <w:rPr>
                <w:rFonts w:ascii="Arial" w:hAnsi="Arial"/>
              </w:rPr>
              <w:t>F</w:t>
            </w:r>
          </w:p>
        </w:tc>
        <w:tc>
          <w:tcPr>
            <w:tcW w:w="2160" w:type="dxa"/>
          </w:tcPr>
          <w:p w:rsidR="00463796" w:rsidRDefault="0042587F">
            <w:r>
              <w:rPr>
                <w:rFonts w:ascii="Arial" w:hAnsi="Arial"/>
              </w:rPr>
              <w:t>0,00</w:t>
            </w:r>
          </w:p>
        </w:tc>
        <w:tc>
          <w:tcPr>
            <w:tcW w:w="2160" w:type="dxa"/>
          </w:tcPr>
          <w:p w:rsidR="00463796" w:rsidRDefault="0042587F">
            <w:r>
              <w:rPr>
                <w:rFonts w:ascii="Arial" w:hAnsi="Arial"/>
              </w:rPr>
              <w:t>Başarısız</w:t>
            </w:r>
          </w:p>
        </w:tc>
      </w:tr>
      <w:tr w:rsidR="00463796">
        <w:tc>
          <w:tcPr>
            <w:tcW w:w="2160" w:type="dxa"/>
          </w:tcPr>
          <w:p w:rsidR="00463796" w:rsidRDefault="0042587F">
            <w:r>
              <w:rPr>
                <w:rFonts w:ascii="Arial" w:hAnsi="Arial"/>
              </w:rPr>
              <w:t>-</w:t>
            </w:r>
          </w:p>
        </w:tc>
        <w:tc>
          <w:tcPr>
            <w:tcW w:w="2160" w:type="dxa"/>
          </w:tcPr>
          <w:p w:rsidR="00463796" w:rsidRDefault="009425A4">
            <w:r>
              <w:rPr>
                <w:rFonts w:ascii="Arial" w:hAnsi="Arial"/>
              </w:rPr>
              <w:t>H</w:t>
            </w:r>
          </w:p>
        </w:tc>
        <w:tc>
          <w:tcPr>
            <w:tcW w:w="2160" w:type="dxa"/>
          </w:tcPr>
          <w:p w:rsidR="00463796" w:rsidRDefault="0042587F">
            <w:r>
              <w:rPr>
                <w:rFonts w:ascii="Arial" w:hAnsi="Arial"/>
              </w:rPr>
              <w:t>0,00</w:t>
            </w:r>
          </w:p>
        </w:tc>
        <w:tc>
          <w:tcPr>
            <w:tcW w:w="2160" w:type="dxa"/>
          </w:tcPr>
          <w:p w:rsidR="00463796" w:rsidRDefault="0042587F">
            <w:r>
              <w:rPr>
                <w:rFonts w:ascii="Arial" w:hAnsi="Arial"/>
              </w:rPr>
              <w:t>Devamsız</w:t>
            </w:r>
          </w:p>
        </w:tc>
      </w:tr>
    </w:tbl>
    <w:p w:rsidR="00463796" w:rsidRDefault="00463796"/>
    <w:p w:rsidR="00463796" w:rsidRDefault="0042587F">
      <w:r>
        <w:rPr>
          <w:rFonts w:ascii="Arial" w:hAnsi="Arial"/>
          <w:i/>
          <w:sz w:val="20"/>
        </w:rPr>
        <w:t>*Not: DC veya DD harf notunu alan bir öğrencinin o yılki başarı notu ortalaması 2,25 ve üzerinde ise derslerden başarılı sayılır.</w:t>
      </w:r>
    </w:p>
    <w:sectPr w:rsidR="00463796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2587F"/>
    <w:rsid w:val="00463796"/>
    <w:rsid w:val="009425A4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BA25926"/>
  <w14:defaultImageDpi w14:val="300"/>
  <w15:docId w15:val="{01B35878-27A8-473F-8F84-4C96579CF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15364E1-A018-48DA-9BAF-D09B7EF2E7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483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ISTE-PC</cp:lastModifiedBy>
  <cp:revision>3</cp:revision>
  <dcterms:created xsi:type="dcterms:W3CDTF">2013-12-23T23:15:00Z</dcterms:created>
  <dcterms:modified xsi:type="dcterms:W3CDTF">2026-09-02T11:29:00Z</dcterms:modified>
  <cp:category/>
</cp:coreProperties>
</file>